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425BEA" w14:textId="77777777" w:rsidR="00303057" w:rsidRPr="003E3843" w:rsidRDefault="00642E33" w:rsidP="001A24C5">
      <w:pPr>
        <w:pStyle w:val="aa"/>
        <w:spacing w:before="40" w:after="40" w:line="312" w:lineRule="auto"/>
        <w:jc w:val="center"/>
        <w:rPr>
          <w:rFonts w:ascii="標楷體" w:eastAsia="標楷體" w:hAnsi="標楷體" w:cs="標楷體"/>
          <w:lang w:eastAsia="zh-TW"/>
        </w:rPr>
      </w:pPr>
      <w:r w:rsidRPr="003E3843">
        <w:rPr>
          <w:rFonts w:ascii="標楷體" w:eastAsia="標楷體" w:hAnsi="標楷體" w:cs="標楷體"/>
          <w:sz w:val="36"/>
          <w:lang w:eastAsia="zh-TW"/>
        </w:rPr>
        <w:t>EST 2027－第三十四屆中華民國人因工程學</w:t>
      </w:r>
      <w:r w:rsidR="00303057" w:rsidRPr="003E3843">
        <w:rPr>
          <w:rFonts w:ascii="標楷體" w:eastAsia="標楷體" w:hAnsi="標楷體" w:cs="標楷體" w:hint="eastAsia"/>
          <w:sz w:val="36"/>
          <w:lang w:eastAsia="zh-TW"/>
        </w:rPr>
        <w:t>會年</w:t>
      </w:r>
    </w:p>
    <w:p w14:paraId="131C395A" w14:textId="1FB9F38F" w:rsidR="008F2D62" w:rsidRPr="003E3843" w:rsidRDefault="00303057" w:rsidP="001A24C5">
      <w:pPr>
        <w:pStyle w:val="aa"/>
        <w:pBdr>
          <w:bottom w:val="single" w:sz="18" w:space="8" w:color="2F75B5"/>
        </w:pBdr>
        <w:spacing w:after="320" w:line="312" w:lineRule="auto"/>
        <w:jc w:val="center"/>
        <w:rPr>
          <w:rFonts w:ascii="標楷體" w:eastAsia="標楷體" w:hAnsi="標楷體" w:cs="標楷體"/>
          <w:lang w:eastAsia="zh-TW"/>
        </w:rPr>
      </w:pPr>
      <w:r w:rsidRPr="003E3843">
        <w:rPr>
          <w:rFonts w:ascii="標楷體" w:eastAsia="標楷體" w:hAnsi="標楷體" w:cs="標楷體" w:hint="eastAsia"/>
          <w:sz w:val="36"/>
          <w:lang w:eastAsia="zh-TW"/>
        </w:rPr>
        <w:t>暨國際學術研討會</w:t>
      </w:r>
      <w:r w:rsidR="00642E33" w:rsidRPr="003E3843">
        <w:rPr>
          <w:rFonts w:ascii="標楷體" w:eastAsia="標楷體" w:hAnsi="標楷體" w:cs="標楷體"/>
          <w:sz w:val="36"/>
          <w:lang w:eastAsia="zh-TW"/>
        </w:rPr>
        <w:t>學生專題設計競賽簡章</w:t>
      </w:r>
    </w:p>
    <w:p w14:paraId="3CD0E120" w14:textId="77777777" w:rsidR="008F2D62" w:rsidRPr="003E3843" w:rsidRDefault="00642E33" w:rsidP="004C0315">
      <w:pPr>
        <w:pStyle w:val="1"/>
        <w:pBdr>
          <w:bottom w:val="single" w:sz="10" w:space="3" w:color="2F75B5"/>
        </w:pBdr>
        <w:spacing w:before="160" w:after="80"/>
        <w:jc w:val="left"/>
        <w:rPr>
          <w:rFonts w:ascii="標楷體" w:eastAsia="標楷體" w:hAnsi="標楷體" w:cs="標楷體"/>
          <w:lang w:eastAsia="zh-TW"/>
        </w:rPr>
      </w:pPr>
      <w:r w:rsidRPr="003E3843">
        <w:rPr>
          <w:rFonts w:ascii="標楷體" w:eastAsia="標楷體" w:hAnsi="標楷體" w:cs="標楷體"/>
          <w:lang w:eastAsia="zh-TW"/>
        </w:rPr>
        <w:t>1. 目的</w:t>
      </w:r>
    </w:p>
    <w:p w14:paraId="345961A4" w14:textId="77777777" w:rsidR="008F2D62" w:rsidRPr="002125BD" w:rsidRDefault="00642E33" w:rsidP="004C0315">
      <w:pPr>
        <w:spacing w:line="312" w:lineRule="auto"/>
        <w:rPr>
          <w:rFonts w:ascii="標楷體" w:eastAsia="標楷體" w:hAnsi="標楷體" w:cs="標楷體"/>
          <w:sz w:val="24"/>
          <w:szCs w:val="24"/>
          <w:lang w:eastAsia="zh-TW"/>
        </w:rPr>
      </w:pPr>
      <w:r w:rsidRPr="002125BD">
        <w:rPr>
          <w:rFonts w:ascii="標楷體" w:eastAsia="標楷體" w:hAnsi="標楷體" w:cs="標楷體"/>
          <w:sz w:val="24"/>
          <w:szCs w:val="24"/>
          <w:lang w:eastAsia="zh-TW"/>
        </w:rPr>
        <w:t>本學會為激勵學生實踐「以人為本」之人因工程精神，鼓勵參賽者將人因工程（Human Factors and Ergonomics）相關知識、工具、方法與理論導入產品、服務、互動、空間、科技及未來生活等設計情境，從人的需求、能力、限制、行為與使用經驗出發，提出具創新性與人本價值之設計方案，特訂定本競賽要點。</w:t>
      </w:r>
    </w:p>
    <w:p w14:paraId="6403A253" w14:textId="77777777" w:rsidR="008F2D62" w:rsidRPr="003E3843" w:rsidRDefault="00642E33" w:rsidP="004C0315">
      <w:pPr>
        <w:pStyle w:val="1"/>
        <w:pBdr>
          <w:bottom w:val="single" w:sz="10" w:space="3" w:color="2F75B5"/>
        </w:pBdr>
        <w:spacing w:before="160" w:after="80"/>
        <w:jc w:val="left"/>
        <w:rPr>
          <w:rFonts w:ascii="標楷體" w:eastAsia="標楷體" w:hAnsi="標楷體" w:cs="標楷體"/>
          <w:lang w:eastAsia="zh-TW"/>
        </w:rPr>
      </w:pPr>
      <w:r w:rsidRPr="003E3843">
        <w:rPr>
          <w:rFonts w:ascii="標楷體" w:eastAsia="標楷體" w:hAnsi="標楷體" w:cs="標楷體"/>
          <w:lang w:eastAsia="zh-TW"/>
        </w:rPr>
        <w:t>2. 辦理單位</w:t>
      </w:r>
    </w:p>
    <w:p w14:paraId="7A772A82" w14:textId="77777777" w:rsidR="008F2D62" w:rsidRPr="002125BD" w:rsidRDefault="00642E33" w:rsidP="004C0315">
      <w:pPr>
        <w:spacing w:line="312" w:lineRule="auto"/>
        <w:rPr>
          <w:rFonts w:ascii="標楷體" w:eastAsia="標楷體" w:hAnsi="標楷體" w:cs="標楷體"/>
          <w:sz w:val="24"/>
          <w:szCs w:val="24"/>
          <w:lang w:eastAsia="zh-TW"/>
        </w:rPr>
      </w:pPr>
      <w:r w:rsidRPr="002125BD">
        <w:rPr>
          <w:rFonts w:ascii="標楷體" w:eastAsia="標楷體" w:hAnsi="標楷體" w:cs="標楷體"/>
          <w:sz w:val="24"/>
          <w:szCs w:val="24"/>
          <w:lang w:eastAsia="zh-TW"/>
        </w:rPr>
        <w:t>主辦單位：中華民國人因工程學會</w:t>
      </w:r>
    </w:p>
    <w:p w14:paraId="48A6ADB2" w14:textId="77777777" w:rsidR="008F2D62" w:rsidRPr="002125BD" w:rsidRDefault="00642E33" w:rsidP="004C0315">
      <w:pPr>
        <w:spacing w:line="312" w:lineRule="auto"/>
        <w:rPr>
          <w:rFonts w:ascii="標楷體" w:eastAsia="標楷體" w:hAnsi="標楷體" w:cs="標楷體"/>
          <w:sz w:val="24"/>
          <w:szCs w:val="24"/>
          <w:lang w:eastAsia="zh-TW"/>
        </w:rPr>
      </w:pPr>
      <w:r w:rsidRPr="002125BD">
        <w:rPr>
          <w:rFonts w:ascii="標楷體" w:eastAsia="標楷體" w:hAnsi="標楷體" w:cs="標楷體"/>
          <w:sz w:val="24"/>
          <w:szCs w:val="24"/>
          <w:lang w:eastAsia="zh-TW"/>
        </w:rPr>
        <w:t>承辦單位：國立臺北科技大學工業設計系</w:t>
      </w:r>
    </w:p>
    <w:p w14:paraId="3D6251DE" w14:textId="77777777" w:rsidR="008F2D62" w:rsidRPr="003E3843" w:rsidRDefault="00642E33" w:rsidP="004C0315">
      <w:pPr>
        <w:pStyle w:val="1"/>
        <w:pBdr>
          <w:bottom w:val="single" w:sz="10" w:space="3" w:color="2F75B5"/>
        </w:pBdr>
        <w:spacing w:before="160" w:after="80"/>
        <w:jc w:val="left"/>
        <w:rPr>
          <w:rFonts w:ascii="標楷體" w:eastAsia="標楷體" w:hAnsi="標楷體" w:cs="標楷體"/>
        </w:rPr>
      </w:pPr>
      <w:r w:rsidRPr="003E3843">
        <w:rPr>
          <w:rFonts w:ascii="標楷體" w:eastAsia="標楷體" w:hAnsi="標楷體" w:cs="標楷體"/>
        </w:rPr>
        <w:t xml:space="preserve">3. </w:t>
      </w:r>
      <w:proofErr w:type="spellStart"/>
      <w:r w:rsidRPr="003E3843">
        <w:rPr>
          <w:rFonts w:ascii="標楷體" w:eastAsia="標楷體" w:hAnsi="標楷體" w:cs="標楷體"/>
        </w:rPr>
        <w:t>參賽資格</w:t>
      </w:r>
      <w:proofErr w:type="spellEnd"/>
    </w:p>
    <w:p w14:paraId="7FEB8112" w14:textId="77777777" w:rsidR="008F2D62" w:rsidRPr="002125BD" w:rsidRDefault="00642E33" w:rsidP="004C0315">
      <w:pPr>
        <w:pStyle w:val="a0"/>
        <w:spacing w:line="300" w:lineRule="auto"/>
        <w:rPr>
          <w:rFonts w:ascii="標楷體" w:eastAsia="標楷體" w:hAnsi="標楷體" w:cs="標楷體"/>
          <w:sz w:val="24"/>
          <w:szCs w:val="24"/>
          <w:lang w:eastAsia="zh-TW"/>
        </w:rPr>
      </w:pPr>
      <w:r w:rsidRPr="002125BD">
        <w:rPr>
          <w:rFonts w:ascii="標楷體" w:eastAsia="標楷體" w:hAnsi="標楷體" w:cs="標楷體"/>
          <w:sz w:val="24"/>
          <w:szCs w:val="24"/>
          <w:lang w:eastAsia="zh-TW"/>
        </w:rPr>
        <w:t>參賽者需為國內外各大學院校或研究所在學生，不限國籍。</w:t>
      </w:r>
    </w:p>
    <w:p w14:paraId="08C37E10" w14:textId="77777777" w:rsidR="008F2D62" w:rsidRPr="002125BD" w:rsidRDefault="00642E33" w:rsidP="004C0315">
      <w:pPr>
        <w:pStyle w:val="a0"/>
        <w:spacing w:line="300" w:lineRule="auto"/>
        <w:rPr>
          <w:rFonts w:ascii="標楷體" w:eastAsia="標楷體" w:hAnsi="標楷體" w:cs="標楷體"/>
          <w:sz w:val="24"/>
          <w:szCs w:val="24"/>
          <w:lang w:eastAsia="zh-TW"/>
        </w:rPr>
      </w:pPr>
      <w:r w:rsidRPr="002125BD">
        <w:rPr>
          <w:rFonts w:ascii="標楷體" w:eastAsia="標楷體" w:hAnsi="標楷體" w:cs="標楷體"/>
          <w:sz w:val="24"/>
          <w:szCs w:val="24"/>
          <w:lang w:eastAsia="zh-TW"/>
        </w:rPr>
        <w:t>參賽者得以個人或團隊方式報名，每組至多 4 人，並得設指導老師 1 名；指導老師得指導多組作品。為鼓勵學生參賽，每位學生得報名或參與多件作品，惟每件作品均應分別完成報名程序並繳交相關費用。</w:t>
      </w:r>
    </w:p>
    <w:p w14:paraId="4EC7DC4A" w14:textId="77777777" w:rsidR="008F2D62" w:rsidRPr="002125BD" w:rsidRDefault="00642E33" w:rsidP="004C0315">
      <w:pPr>
        <w:pStyle w:val="a0"/>
        <w:spacing w:line="300" w:lineRule="auto"/>
        <w:rPr>
          <w:rFonts w:ascii="標楷體" w:eastAsia="標楷體" w:hAnsi="標楷體" w:cs="標楷體"/>
          <w:sz w:val="24"/>
          <w:szCs w:val="24"/>
          <w:lang w:eastAsia="zh-TW"/>
        </w:rPr>
      </w:pPr>
      <w:r w:rsidRPr="002125BD">
        <w:rPr>
          <w:rFonts w:ascii="標楷體" w:eastAsia="標楷體" w:hAnsi="標楷體" w:cs="標楷體"/>
          <w:sz w:val="24"/>
          <w:szCs w:val="24"/>
          <w:lang w:eastAsia="zh-TW"/>
        </w:rPr>
        <w:t>參賽作品須為作者原創，且於就學期間完成；未獲得其他競賽之獎項（校內獎項不在此限）。若經舉報或查證有違規情事，將取消入圍及獲獎資格，並追回獎狀與獎金。</w:t>
      </w:r>
    </w:p>
    <w:p w14:paraId="0FD1F45A" w14:textId="6173B329" w:rsidR="001A24C5" w:rsidRDefault="00642E33" w:rsidP="00303057">
      <w:pPr>
        <w:pStyle w:val="a0"/>
        <w:spacing w:line="300" w:lineRule="auto"/>
        <w:rPr>
          <w:rFonts w:ascii="標楷體" w:eastAsia="標楷體" w:hAnsi="標楷體" w:cs="標楷體"/>
          <w:sz w:val="24"/>
          <w:szCs w:val="24"/>
          <w:lang w:eastAsia="zh-TW"/>
        </w:rPr>
      </w:pPr>
      <w:r w:rsidRPr="002125BD">
        <w:rPr>
          <w:rFonts w:ascii="標楷體" w:eastAsia="標楷體" w:hAnsi="標楷體" w:cs="標楷體"/>
          <w:sz w:val="24"/>
          <w:szCs w:val="24"/>
          <w:lang w:eastAsia="zh-TW"/>
        </w:rPr>
        <w:t>參賽作品由參賽者與指導老師同時列名作者。</w:t>
      </w:r>
    </w:p>
    <w:p w14:paraId="3C354E80" w14:textId="77777777" w:rsidR="002125BD" w:rsidRDefault="002125BD" w:rsidP="002125BD">
      <w:pPr>
        <w:pStyle w:val="a0"/>
        <w:numPr>
          <w:ilvl w:val="0"/>
          <w:numId w:val="0"/>
        </w:numPr>
        <w:spacing w:line="300" w:lineRule="auto"/>
        <w:ind w:left="369" w:hanging="198"/>
        <w:rPr>
          <w:rFonts w:ascii="標楷體" w:eastAsia="標楷體" w:hAnsi="標楷體" w:cs="標楷體"/>
          <w:sz w:val="24"/>
          <w:szCs w:val="24"/>
          <w:lang w:eastAsia="zh-TW"/>
        </w:rPr>
      </w:pPr>
    </w:p>
    <w:p w14:paraId="0682E221" w14:textId="77777777" w:rsidR="002125BD" w:rsidRDefault="002125BD" w:rsidP="002125BD">
      <w:pPr>
        <w:pStyle w:val="a0"/>
        <w:numPr>
          <w:ilvl w:val="0"/>
          <w:numId w:val="0"/>
        </w:numPr>
        <w:spacing w:line="300" w:lineRule="auto"/>
        <w:ind w:left="369" w:hanging="198"/>
        <w:rPr>
          <w:rFonts w:ascii="標楷體" w:eastAsia="標楷體" w:hAnsi="標楷體" w:cs="標楷體"/>
          <w:sz w:val="24"/>
          <w:szCs w:val="24"/>
          <w:lang w:eastAsia="zh-TW"/>
        </w:rPr>
      </w:pPr>
    </w:p>
    <w:p w14:paraId="6C3577CB" w14:textId="77777777" w:rsidR="002125BD" w:rsidRDefault="002125BD" w:rsidP="002125BD">
      <w:pPr>
        <w:pStyle w:val="a0"/>
        <w:numPr>
          <w:ilvl w:val="0"/>
          <w:numId w:val="0"/>
        </w:numPr>
        <w:spacing w:line="300" w:lineRule="auto"/>
        <w:ind w:left="369" w:hanging="198"/>
        <w:rPr>
          <w:rFonts w:ascii="標楷體" w:eastAsia="標楷體" w:hAnsi="標楷體" w:cs="標楷體"/>
          <w:sz w:val="24"/>
          <w:szCs w:val="24"/>
          <w:lang w:eastAsia="zh-TW"/>
        </w:rPr>
      </w:pPr>
    </w:p>
    <w:p w14:paraId="2363CD63" w14:textId="77777777" w:rsidR="002125BD" w:rsidRDefault="002125BD" w:rsidP="002125BD">
      <w:pPr>
        <w:pStyle w:val="a0"/>
        <w:numPr>
          <w:ilvl w:val="0"/>
          <w:numId w:val="0"/>
        </w:numPr>
        <w:spacing w:line="300" w:lineRule="auto"/>
        <w:ind w:left="369" w:hanging="198"/>
        <w:rPr>
          <w:rFonts w:ascii="標楷體" w:eastAsia="標楷體" w:hAnsi="標楷體" w:cs="標楷體"/>
          <w:sz w:val="24"/>
          <w:szCs w:val="24"/>
          <w:lang w:eastAsia="zh-TW"/>
        </w:rPr>
      </w:pPr>
    </w:p>
    <w:p w14:paraId="7AB29AF6" w14:textId="77777777" w:rsidR="002125BD" w:rsidRDefault="002125BD" w:rsidP="002125BD">
      <w:pPr>
        <w:pStyle w:val="a0"/>
        <w:numPr>
          <w:ilvl w:val="0"/>
          <w:numId w:val="0"/>
        </w:numPr>
        <w:spacing w:line="300" w:lineRule="auto"/>
        <w:ind w:left="369" w:hanging="198"/>
        <w:rPr>
          <w:rFonts w:ascii="標楷體" w:eastAsia="標楷體" w:hAnsi="標楷體" w:cs="標楷體"/>
          <w:sz w:val="24"/>
          <w:szCs w:val="24"/>
          <w:lang w:eastAsia="zh-TW"/>
        </w:rPr>
      </w:pPr>
    </w:p>
    <w:p w14:paraId="7B2603EB" w14:textId="77777777" w:rsidR="002125BD" w:rsidRDefault="002125BD" w:rsidP="002125BD">
      <w:pPr>
        <w:pStyle w:val="a0"/>
        <w:numPr>
          <w:ilvl w:val="0"/>
          <w:numId w:val="0"/>
        </w:numPr>
        <w:spacing w:line="300" w:lineRule="auto"/>
        <w:ind w:left="369" w:hanging="198"/>
        <w:rPr>
          <w:rFonts w:ascii="標楷體" w:eastAsia="標楷體" w:hAnsi="標楷體" w:cs="標楷體"/>
          <w:sz w:val="24"/>
          <w:szCs w:val="24"/>
          <w:lang w:eastAsia="zh-TW"/>
        </w:rPr>
      </w:pPr>
    </w:p>
    <w:p w14:paraId="2061E06D" w14:textId="77777777" w:rsidR="002125BD" w:rsidRDefault="002125BD" w:rsidP="002125BD">
      <w:pPr>
        <w:pStyle w:val="a0"/>
        <w:numPr>
          <w:ilvl w:val="0"/>
          <w:numId w:val="0"/>
        </w:numPr>
        <w:spacing w:line="300" w:lineRule="auto"/>
        <w:ind w:left="369" w:hanging="198"/>
        <w:rPr>
          <w:rFonts w:ascii="標楷體" w:eastAsia="標楷體" w:hAnsi="標楷體" w:cs="標楷體"/>
          <w:sz w:val="24"/>
          <w:szCs w:val="24"/>
          <w:lang w:eastAsia="zh-TW"/>
        </w:rPr>
      </w:pPr>
    </w:p>
    <w:p w14:paraId="16D9A528" w14:textId="77777777" w:rsidR="002125BD" w:rsidRPr="002125BD" w:rsidRDefault="002125BD" w:rsidP="002125BD">
      <w:pPr>
        <w:pStyle w:val="a0"/>
        <w:numPr>
          <w:ilvl w:val="0"/>
          <w:numId w:val="0"/>
        </w:numPr>
        <w:spacing w:line="300" w:lineRule="auto"/>
        <w:ind w:left="369" w:hanging="198"/>
        <w:rPr>
          <w:rFonts w:ascii="標楷體" w:eastAsia="標楷體" w:hAnsi="標楷體" w:cs="標楷體"/>
          <w:sz w:val="24"/>
          <w:szCs w:val="24"/>
          <w:lang w:eastAsia="zh-TW"/>
        </w:rPr>
      </w:pPr>
    </w:p>
    <w:p w14:paraId="0497DFF0" w14:textId="77777777" w:rsidR="008F2D62" w:rsidRPr="003E3843" w:rsidRDefault="00642E33" w:rsidP="004C0315">
      <w:pPr>
        <w:pStyle w:val="1"/>
        <w:pBdr>
          <w:bottom w:val="single" w:sz="10" w:space="3" w:color="2F75B5"/>
        </w:pBdr>
        <w:spacing w:before="160" w:after="80"/>
        <w:jc w:val="left"/>
        <w:rPr>
          <w:rFonts w:ascii="標楷體" w:eastAsia="標楷體" w:hAnsi="標楷體" w:cs="標楷體"/>
          <w:lang w:eastAsia="zh-TW"/>
        </w:rPr>
      </w:pPr>
      <w:r w:rsidRPr="003E3843">
        <w:rPr>
          <w:rFonts w:ascii="標楷體" w:eastAsia="標楷體" w:hAnsi="標楷體" w:cs="標楷體"/>
          <w:lang w:eastAsia="zh-TW"/>
        </w:rPr>
        <w:lastRenderedPageBreak/>
        <w:t>4. 競賽主題</w:t>
      </w:r>
    </w:p>
    <w:p w14:paraId="5176B95A" w14:textId="77777777" w:rsidR="008F2D62" w:rsidRPr="003E3843" w:rsidRDefault="00642E33" w:rsidP="004C0315">
      <w:pPr>
        <w:spacing w:after="40" w:line="312" w:lineRule="auto"/>
        <w:jc w:val="center"/>
        <w:rPr>
          <w:rFonts w:ascii="標楷體" w:eastAsia="標楷體" w:hAnsi="標楷體" w:cs="標楷體"/>
          <w:sz w:val="20"/>
          <w:szCs w:val="21"/>
          <w:lang w:eastAsia="zh-TW"/>
        </w:rPr>
      </w:pPr>
      <w:r w:rsidRPr="003E3843">
        <w:rPr>
          <w:rFonts w:ascii="標楷體" w:eastAsia="標楷體" w:hAnsi="標楷體" w:cs="標楷體"/>
          <w:b/>
          <w:color w:val="2F75B5"/>
          <w:sz w:val="28"/>
          <w:szCs w:val="21"/>
          <w:lang w:eastAsia="zh-TW"/>
        </w:rPr>
        <w:t>CROSSING｜跨越</w:t>
      </w:r>
    </w:p>
    <w:p w14:paraId="52B19041" w14:textId="77777777" w:rsidR="008F2D62" w:rsidRPr="002125BD" w:rsidRDefault="00642E33" w:rsidP="004C0315">
      <w:pPr>
        <w:spacing w:after="200" w:line="312" w:lineRule="auto"/>
        <w:jc w:val="center"/>
        <w:rPr>
          <w:rFonts w:ascii="標楷體" w:eastAsia="標楷體" w:hAnsi="標楷體" w:cs="標楷體"/>
          <w:sz w:val="24"/>
          <w:szCs w:val="24"/>
          <w:lang w:eastAsia="zh-TW"/>
        </w:rPr>
      </w:pPr>
      <w:r w:rsidRPr="002125BD">
        <w:rPr>
          <w:rFonts w:ascii="標楷體" w:eastAsia="標楷體" w:hAnsi="標楷體" w:cs="標楷體"/>
          <w:color w:val="666666"/>
          <w:sz w:val="24"/>
          <w:szCs w:val="24"/>
          <w:lang w:eastAsia="zh-TW"/>
        </w:rPr>
        <w:t>Design for Human Possibilities｜為人的更多可能而設計</w:t>
      </w:r>
    </w:p>
    <w:p w14:paraId="42CA4F8D" w14:textId="3F770C8B" w:rsidR="008F2D62" w:rsidRPr="002125BD" w:rsidRDefault="00642E33" w:rsidP="004C0315">
      <w:pPr>
        <w:spacing w:line="312" w:lineRule="auto"/>
        <w:rPr>
          <w:rFonts w:ascii="標楷體" w:eastAsia="標楷體" w:hAnsi="標楷體" w:cs="標楷體"/>
          <w:sz w:val="24"/>
          <w:szCs w:val="24"/>
          <w:lang w:eastAsia="zh-TW"/>
        </w:rPr>
      </w:pPr>
      <w:r w:rsidRPr="002125BD">
        <w:rPr>
          <w:rFonts w:ascii="標楷體" w:eastAsia="標楷體" w:hAnsi="標楷體" w:cs="標楷體"/>
          <w:sz w:val="24"/>
          <w:szCs w:val="24"/>
          <w:lang w:eastAsia="zh-TW"/>
        </w:rPr>
        <w:t>我們生活在各種有形與無形的界線之間。人與科技、真實與虛擬、能力與限制、安全與效率、信任與不確定、個人與群體、現在與未來——當人與產品、環境、資訊及智慧系統持續產生新的互動關係，設計也正在重新定義這些界線。</w:t>
      </w:r>
    </w:p>
    <w:p w14:paraId="665ABA0D" w14:textId="77777777" w:rsidR="008F2D62" w:rsidRPr="002125BD" w:rsidRDefault="00642E33" w:rsidP="004C0315">
      <w:pPr>
        <w:spacing w:line="312" w:lineRule="auto"/>
        <w:rPr>
          <w:rFonts w:ascii="標楷體" w:eastAsia="標楷體" w:hAnsi="標楷體" w:cs="標楷體"/>
          <w:sz w:val="24"/>
          <w:szCs w:val="24"/>
          <w:lang w:eastAsia="zh-TW"/>
        </w:rPr>
      </w:pPr>
      <w:r w:rsidRPr="002125BD">
        <w:rPr>
          <w:rFonts w:ascii="標楷體" w:eastAsia="標楷體" w:hAnsi="標楷體" w:cs="標楷體"/>
          <w:sz w:val="24"/>
          <w:szCs w:val="24"/>
          <w:lang w:eastAsia="zh-TW"/>
        </w:rPr>
        <w:t>「CROSSING｜跨越」邀請學生從人的需求、能力、限制與經驗出發，觀察生活、工作、學習、健康、移動、溝通與社會中尚待改善的問題，思考設計如何跨越既有的障礙與框架，重新建立人與人、人與科技，以及人與環境之間更好的關係。</w:t>
      </w:r>
    </w:p>
    <w:p w14:paraId="41A06442" w14:textId="77777777" w:rsidR="008F2D62" w:rsidRPr="002125BD" w:rsidRDefault="00642E33" w:rsidP="004C0315">
      <w:pPr>
        <w:spacing w:line="312" w:lineRule="auto"/>
        <w:rPr>
          <w:rFonts w:ascii="標楷體" w:eastAsia="標楷體" w:hAnsi="標楷體" w:cs="標楷體"/>
          <w:sz w:val="24"/>
          <w:szCs w:val="24"/>
          <w:lang w:eastAsia="zh-TW"/>
        </w:rPr>
      </w:pPr>
      <w:r w:rsidRPr="002125BD">
        <w:rPr>
          <w:rFonts w:ascii="標楷體" w:eastAsia="標楷體" w:hAnsi="標楷體" w:cs="標楷體"/>
          <w:sz w:val="24"/>
          <w:szCs w:val="24"/>
          <w:lang w:eastAsia="zh-TW"/>
        </w:rPr>
        <w:t>作品形式與應用領域不限，可從產品、服務、互動介面、空間環境、智慧科技、人工智慧、醫療健康、高齡與輔助設計、交通移動、教育學習、安全防護、永續環境，乃至未來生活等不同面向提出創新構想。</w:t>
      </w:r>
    </w:p>
    <w:p w14:paraId="41330228" w14:textId="77777777" w:rsidR="008F2D62" w:rsidRPr="002125BD" w:rsidRDefault="00642E33" w:rsidP="004C0315">
      <w:pPr>
        <w:spacing w:line="312" w:lineRule="auto"/>
        <w:rPr>
          <w:rFonts w:ascii="標楷體" w:eastAsia="標楷體" w:hAnsi="標楷體" w:cs="標楷體"/>
          <w:sz w:val="24"/>
          <w:szCs w:val="24"/>
          <w:lang w:eastAsia="zh-TW"/>
        </w:rPr>
      </w:pPr>
      <w:r w:rsidRPr="002125BD">
        <w:rPr>
          <w:rFonts w:ascii="標楷體" w:eastAsia="標楷體" w:hAnsi="標楷體" w:cs="標楷體"/>
          <w:sz w:val="24"/>
          <w:szCs w:val="24"/>
          <w:lang w:eastAsia="zh-TW"/>
        </w:rPr>
        <w:t>我們期待設計不只是創造新的事物，更能看見人的差異、理解人的行為，並透過設計跨越限制，創造更安全、友善、包容、可信任且富有可能性的未來。</w:t>
      </w:r>
    </w:p>
    <w:p w14:paraId="5CE68BA0" w14:textId="77777777" w:rsidR="008F2D62" w:rsidRPr="003E3843" w:rsidRDefault="00642E33" w:rsidP="004C0315">
      <w:pPr>
        <w:pStyle w:val="1"/>
        <w:pBdr>
          <w:bottom w:val="single" w:sz="10" w:space="3" w:color="2F75B5"/>
        </w:pBdr>
        <w:spacing w:before="160" w:after="80"/>
        <w:jc w:val="left"/>
        <w:rPr>
          <w:rFonts w:ascii="標楷體" w:eastAsia="標楷體" w:hAnsi="標楷體" w:cs="標楷體"/>
        </w:rPr>
      </w:pPr>
      <w:r w:rsidRPr="003E3843">
        <w:rPr>
          <w:rFonts w:ascii="標楷體" w:eastAsia="標楷體" w:hAnsi="標楷體" w:cs="標楷體"/>
        </w:rPr>
        <w:t xml:space="preserve">5. </w:t>
      </w:r>
      <w:proofErr w:type="spellStart"/>
      <w:r w:rsidRPr="003E3843">
        <w:rPr>
          <w:rFonts w:ascii="標楷體" w:eastAsia="標楷體" w:hAnsi="標楷體" w:cs="標楷體"/>
        </w:rPr>
        <w:t>參賽時程</w:t>
      </w:r>
      <w:proofErr w:type="spellEnd"/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1932"/>
        <w:gridCol w:w="3307"/>
        <w:gridCol w:w="4721"/>
      </w:tblGrid>
      <w:tr w:rsidR="008F2D62" w:rsidRPr="003E3843" w14:paraId="4C4A500C" w14:textId="77777777" w:rsidTr="002125BD">
        <w:trPr>
          <w:tblHeader/>
          <w:jc w:val="center"/>
        </w:trPr>
        <w:tc>
          <w:tcPr>
            <w:tcW w:w="0" w:type="auto"/>
            <w:tcBorders>
              <w:top w:val="single" w:sz="5" w:space="0" w:color="B7C9DD"/>
              <w:left w:val="single" w:sz="5" w:space="0" w:color="B7C9DD"/>
              <w:bottom w:val="single" w:sz="5" w:space="0" w:color="B7C9DD"/>
              <w:right w:val="single" w:sz="5" w:space="0" w:color="B7C9DD"/>
            </w:tcBorders>
            <w:shd w:val="clear" w:color="auto" w:fill="1F4E7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38763D3" w14:textId="77777777" w:rsidR="008F2D62" w:rsidRPr="002125BD" w:rsidRDefault="00642E33" w:rsidP="001A24C5">
            <w:pPr>
              <w:spacing w:after="0" w:line="276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2125BD">
              <w:rPr>
                <w:rFonts w:ascii="標楷體" w:eastAsia="標楷體" w:hAnsi="標楷體" w:cs="標楷體"/>
                <w:b/>
                <w:color w:val="FFFFFF"/>
                <w:sz w:val="24"/>
                <w:szCs w:val="24"/>
              </w:rPr>
              <w:t>活動項目</w:t>
            </w:r>
            <w:proofErr w:type="spellEnd"/>
          </w:p>
        </w:tc>
        <w:tc>
          <w:tcPr>
            <w:tcW w:w="3307" w:type="dxa"/>
            <w:tcBorders>
              <w:top w:val="single" w:sz="5" w:space="0" w:color="B7C9DD"/>
              <w:left w:val="single" w:sz="5" w:space="0" w:color="B7C9DD"/>
              <w:bottom w:val="single" w:sz="5" w:space="0" w:color="B7C9DD"/>
              <w:right w:val="single" w:sz="5" w:space="0" w:color="B7C9DD"/>
            </w:tcBorders>
            <w:shd w:val="clear" w:color="auto" w:fill="1F4E7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C0D624E" w14:textId="77777777" w:rsidR="008F2D62" w:rsidRPr="002125BD" w:rsidRDefault="00642E33" w:rsidP="001A24C5">
            <w:pPr>
              <w:spacing w:after="0" w:line="276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2125BD">
              <w:rPr>
                <w:rFonts w:ascii="標楷體" w:eastAsia="標楷體" w:hAnsi="標楷體" w:cs="標楷體"/>
                <w:b/>
                <w:color w:val="FFFFFF"/>
                <w:sz w:val="24"/>
                <w:szCs w:val="24"/>
              </w:rPr>
              <w:t>日期</w:t>
            </w:r>
            <w:proofErr w:type="spellEnd"/>
          </w:p>
        </w:tc>
        <w:tc>
          <w:tcPr>
            <w:tcW w:w="4721" w:type="dxa"/>
            <w:tcBorders>
              <w:top w:val="single" w:sz="5" w:space="0" w:color="B7C9DD"/>
              <w:left w:val="single" w:sz="5" w:space="0" w:color="B7C9DD"/>
              <w:bottom w:val="single" w:sz="5" w:space="0" w:color="B7C9DD"/>
              <w:right w:val="single" w:sz="5" w:space="0" w:color="B7C9DD"/>
            </w:tcBorders>
            <w:shd w:val="clear" w:color="auto" w:fill="1F4E7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8811D35" w14:textId="77777777" w:rsidR="008F2D62" w:rsidRPr="002125BD" w:rsidRDefault="00642E33" w:rsidP="001A24C5">
            <w:pPr>
              <w:spacing w:after="0" w:line="276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2125BD">
              <w:rPr>
                <w:rFonts w:ascii="標楷體" w:eastAsia="標楷體" w:hAnsi="標楷體" w:cs="標楷體"/>
                <w:b/>
                <w:color w:val="FFFFFF"/>
                <w:sz w:val="24"/>
                <w:szCs w:val="24"/>
              </w:rPr>
              <w:t>說明</w:t>
            </w:r>
            <w:proofErr w:type="spellEnd"/>
          </w:p>
        </w:tc>
      </w:tr>
      <w:tr w:rsidR="008F2D62" w:rsidRPr="003E3843" w14:paraId="39EB305E" w14:textId="77777777" w:rsidTr="002125BD">
        <w:trPr>
          <w:jc w:val="center"/>
        </w:trPr>
        <w:tc>
          <w:tcPr>
            <w:tcW w:w="0" w:type="auto"/>
            <w:tcBorders>
              <w:top w:val="single" w:sz="5" w:space="0" w:color="B7C9DD"/>
              <w:left w:val="single" w:sz="5" w:space="0" w:color="B7C9DD"/>
              <w:bottom w:val="single" w:sz="5" w:space="0" w:color="B7C9DD"/>
              <w:right w:val="single" w:sz="5" w:space="0" w:color="B7C9D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9EDB55F" w14:textId="77777777" w:rsidR="008F2D62" w:rsidRPr="002125BD" w:rsidRDefault="00642E33" w:rsidP="001A24C5">
            <w:pPr>
              <w:spacing w:after="0" w:line="276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2125BD">
              <w:rPr>
                <w:rFonts w:ascii="標楷體" w:eastAsia="標楷體" w:hAnsi="標楷體" w:cs="標楷體"/>
                <w:sz w:val="24"/>
                <w:szCs w:val="24"/>
              </w:rPr>
              <w:t>報名截止</w:t>
            </w:r>
            <w:proofErr w:type="spellEnd"/>
          </w:p>
        </w:tc>
        <w:tc>
          <w:tcPr>
            <w:tcW w:w="3307" w:type="dxa"/>
            <w:tcBorders>
              <w:top w:val="single" w:sz="5" w:space="0" w:color="B7C9DD"/>
              <w:left w:val="single" w:sz="5" w:space="0" w:color="B7C9DD"/>
              <w:bottom w:val="single" w:sz="5" w:space="0" w:color="B7C9DD"/>
              <w:right w:val="single" w:sz="5" w:space="0" w:color="B7C9D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F53F5A0" w14:textId="77777777" w:rsidR="008F2D62" w:rsidRPr="002125BD" w:rsidRDefault="00642E33" w:rsidP="001A24C5">
            <w:pPr>
              <w:spacing w:after="0" w:line="276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2125BD">
              <w:rPr>
                <w:rFonts w:ascii="標楷體" w:eastAsia="標楷體" w:hAnsi="標楷體" w:cs="標楷體"/>
                <w:sz w:val="24"/>
                <w:szCs w:val="24"/>
              </w:rPr>
              <w:t xml:space="preserve">2027 年 02 月 14 </w:t>
            </w:r>
            <w:proofErr w:type="spellStart"/>
            <w:r w:rsidRPr="002125BD">
              <w:rPr>
                <w:rFonts w:ascii="標楷體" w:eastAsia="標楷體" w:hAnsi="標楷體" w:cs="標楷體"/>
                <w:sz w:val="24"/>
                <w:szCs w:val="24"/>
              </w:rPr>
              <w:t>日（日</w:t>
            </w:r>
            <w:proofErr w:type="spellEnd"/>
            <w:r w:rsidRPr="002125BD">
              <w:rPr>
                <w:rFonts w:ascii="標楷體" w:eastAsia="標楷體" w:hAnsi="標楷體" w:cs="標楷體"/>
                <w:sz w:val="24"/>
                <w:szCs w:val="24"/>
              </w:rPr>
              <w:t>）</w:t>
            </w:r>
          </w:p>
        </w:tc>
        <w:tc>
          <w:tcPr>
            <w:tcW w:w="4721" w:type="dxa"/>
            <w:tcBorders>
              <w:top w:val="single" w:sz="5" w:space="0" w:color="B7C9DD"/>
              <w:left w:val="single" w:sz="5" w:space="0" w:color="B7C9DD"/>
              <w:bottom w:val="single" w:sz="5" w:space="0" w:color="B7C9DD"/>
              <w:right w:val="single" w:sz="5" w:space="0" w:color="B7C9D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302B51F" w14:textId="77777777" w:rsidR="008F2D62" w:rsidRPr="002125BD" w:rsidRDefault="00642E33" w:rsidP="001A24C5">
            <w:pPr>
              <w:spacing w:after="0" w:line="276" w:lineRule="auto"/>
              <w:jc w:val="lef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2125BD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繳交參賽資料</w:t>
            </w:r>
            <w:r w:rsidR="007D2A47" w:rsidRPr="002125BD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及繳費證明</w:t>
            </w:r>
          </w:p>
        </w:tc>
      </w:tr>
      <w:tr w:rsidR="008F2D62" w:rsidRPr="003E3843" w14:paraId="207D6E70" w14:textId="77777777" w:rsidTr="002125BD">
        <w:trPr>
          <w:jc w:val="center"/>
        </w:trPr>
        <w:tc>
          <w:tcPr>
            <w:tcW w:w="0" w:type="auto"/>
            <w:tcBorders>
              <w:top w:val="single" w:sz="5" w:space="0" w:color="B7C9DD"/>
              <w:left w:val="single" w:sz="5" w:space="0" w:color="B7C9DD"/>
              <w:bottom w:val="single" w:sz="5" w:space="0" w:color="B7C9DD"/>
              <w:right w:val="single" w:sz="5" w:space="0" w:color="B7C9DD"/>
            </w:tcBorders>
            <w:shd w:val="clear" w:color="auto" w:fill="F3F6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EAB5247" w14:textId="77777777" w:rsidR="008F2D62" w:rsidRPr="002125BD" w:rsidRDefault="00642E33" w:rsidP="001A24C5">
            <w:pPr>
              <w:spacing w:after="0" w:line="276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2125BD">
              <w:rPr>
                <w:rFonts w:ascii="標楷體" w:eastAsia="標楷體" w:hAnsi="標楷體" w:cs="標楷體"/>
                <w:sz w:val="24"/>
                <w:szCs w:val="24"/>
              </w:rPr>
              <w:t>資格審查及初選評審</w:t>
            </w:r>
            <w:proofErr w:type="spellEnd"/>
          </w:p>
        </w:tc>
        <w:tc>
          <w:tcPr>
            <w:tcW w:w="3307" w:type="dxa"/>
            <w:tcBorders>
              <w:top w:val="single" w:sz="5" w:space="0" w:color="B7C9DD"/>
              <w:left w:val="single" w:sz="5" w:space="0" w:color="B7C9DD"/>
              <w:bottom w:val="single" w:sz="5" w:space="0" w:color="B7C9DD"/>
              <w:right w:val="single" w:sz="5" w:space="0" w:color="B7C9DD"/>
            </w:tcBorders>
            <w:shd w:val="clear" w:color="auto" w:fill="F3F6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A98ADFD" w14:textId="77777777" w:rsidR="00FA18C8" w:rsidRPr="002125BD" w:rsidRDefault="00642E33" w:rsidP="001A24C5">
            <w:pPr>
              <w:spacing w:after="0" w:line="276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2125BD">
              <w:rPr>
                <w:rFonts w:ascii="標楷體" w:eastAsia="標楷體" w:hAnsi="標楷體" w:cs="標楷體"/>
                <w:sz w:val="24"/>
                <w:szCs w:val="24"/>
              </w:rPr>
              <w:t xml:space="preserve">2027 年 02 月 15 </w:t>
            </w:r>
            <w:proofErr w:type="spellStart"/>
            <w:r w:rsidRPr="002125BD">
              <w:rPr>
                <w:rFonts w:ascii="標楷體" w:eastAsia="標楷體" w:hAnsi="標楷體" w:cs="標楷體"/>
                <w:sz w:val="24"/>
                <w:szCs w:val="24"/>
              </w:rPr>
              <w:t>日（一</w:t>
            </w:r>
            <w:proofErr w:type="spellEnd"/>
            <w:r w:rsidRPr="002125BD">
              <w:rPr>
                <w:rFonts w:ascii="標楷體" w:eastAsia="標楷體" w:hAnsi="標楷體" w:cs="標楷體"/>
                <w:sz w:val="24"/>
                <w:szCs w:val="24"/>
              </w:rPr>
              <w:t>）</w:t>
            </w:r>
          </w:p>
          <w:p w14:paraId="5D80363F" w14:textId="5F5B3F4F" w:rsidR="008F2D62" w:rsidRPr="002125BD" w:rsidRDefault="00642E33" w:rsidP="001A24C5">
            <w:pPr>
              <w:spacing w:after="0" w:line="276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2125BD">
              <w:rPr>
                <w:rFonts w:ascii="標楷體" w:eastAsia="標楷體" w:hAnsi="標楷體" w:cs="標楷體"/>
                <w:sz w:val="24"/>
                <w:szCs w:val="24"/>
              </w:rPr>
              <w:t xml:space="preserve">至 02 月 26 </w:t>
            </w:r>
            <w:proofErr w:type="spellStart"/>
            <w:r w:rsidRPr="002125BD">
              <w:rPr>
                <w:rFonts w:ascii="標楷體" w:eastAsia="標楷體" w:hAnsi="標楷體" w:cs="標楷體"/>
                <w:sz w:val="24"/>
                <w:szCs w:val="24"/>
              </w:rPr>
              <w:t>日（五</w:t>
            </w:r>
            <w:proofErr w:type="spellEnd"/>
            <w:r w:rsidRPr="002125BD">
              <w:rPr>
                <w:rFonts w:ascii="標楷體" w:eastAsia="標楷體" w:hAnsi="標楷體" w:cs="標楷體"/>
                <w:sz w:val="24"/>
                <w:szCs w:val="24"/>
              </w:rPr>
              <w:t>）</w:t>
            </w:r>
          </w:p>
        </w:tc>
        <w:tc>
          <w:tcPr>
            <w:tcW w:w="4721" w:type="dxa"/>
            <w:tcBorders>
              <w:top w:val="single" w:sz="5" w:space="0" w:color="B7C9DD"/>
              <w:left w:val="single" w:sz="5" w:space="0" w:color="B7C9DD"/>
              <w:bottom w:val="single" w:sz="5" w:space="0" w:color="B7C9DD"/>
              <w:right w:val="single" w:sz="5" w:space="0" w:color="B7C9DD"/>
            </w:tcBorders>
            <w:shd w:val="clear" w:color="auto" w:fill="F3F6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AAE0188" w14:textId="77777777" w:rsidR="008F2D62" w:rsidRPr="002125BD" w:rsidRDefault="00642E33" w:rsidP="001A24C5">
            <w:pPr>
              <w:spacing w:after="0" w:line="276" w:lineRule="auto"/>
              <w:jc w:val="lef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2125BD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資格確認及作品數位初選</w:t>
            </w:r>
          </w:p>
        </w:tc>
      </w:tr>
      <w:tr w:rsidR="008F2D62" w:rsidRPr="003E3843" w14:paraId="4BE9833B" w14:textId="77777777" w:rsidTr="002125BD">
        <w:trPr>
          <w:jc w:val="center"/>
        </w:trPr>
        <w:tc>
          <w:tcPr>
            <w:tcW w:w="0" w:type="auto"/>
            <w:tcBorders>
              <w:top w:val="single" w:sz="5" w:space="0" w:color="B7C9DD"/>
              <w:left w:val="single" w:sz="5" w:space="0" w:color="B7C9DD"/>
              <w:bottom w:val="single" w:sz="5" w:space="0" w:color="B7C9DD"/>
              <w:right w:val="single" w:sz="5" w:space="0" w:color="B7C9D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70282BA" w14:textId="77777777" w:rsidR="008F2D62" w:rsidRPr="002125BD" w:rsidRDefault="00642E33" w:rsidP="001A24C5">
            <w:pPr>
              <w:spacing w:after="0" w:line="276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2125BD">
              <w:rPr>
                <w:rFonts w:ascii="標楷體" w:eastAsia="標楷體" w:hAnsi="標楷體" w:cs="標楷體"/>
                <w:sz w:val="24"/>
                <w:szCs w:val="24"/>
              </w:rPr>
              <w:t>初審入圍名單公告</w:t>
            </w:r>
            <w:proofErr w:type="spellEnd"/>
          </w:p>
        </w:tc>
        <w:tc>
          <w:tcPr>
            <w:tcW w:w="3307" w:type="dxa"/>
            <w:tcBorders>
              <w:top w:val="single" w:sz="5" w:space="0" w:color="B7C9DD"/>
              <w:left w:val="single" w:sz="5" w:space="0" w:color="B7C9DD"/>
              <w:bottom w:val="single" w:sz="5" w:space="0" w:color="B7C9DD"/>
              <w:right w:val="single" w:sz="5" w:space="0" w:color="B7C9D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65DCA5A" w14:textId="77777777" w:rsidR="008F2D62" w:rsidRPr="002125BD" w:rsidRDefault="00642E33" w:rsidP="001A24C5">
            <w:pPr>
              <w:spacing w:after="0" w:line="276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2125BD">
              <w:rPr>
                <w:rFonts w:ascii="標楷體" w:eastAsia="標楷體" w:hAnsi="標楷體" w:cs="標楷體"/>
                <w:sz w:val="24"/>
                <w:szCs w:val="24"/>
              </w:rPr>
              <w:t xml:space="preserve">2027 年 03 月 02 </w:t>
            </w:r>
            <w:proofErr w:type="spellStart"/>
            <w:r w:rsidRPr="002125BD">
              <w:rPr>
                <w:rFonts w:ascii="標楷體" w:eastAsia="標楷體" w:hAnsi="標楷體" w:cs="標楷體"/>
                <w:sz w:val="24"/>
                <w:szCs w:val="24"/>
              </w:rPr>
              <w:t>日（二</w:t>
            </w:r>
            <w:proofErr w:type="spellEnd"/>
            <w:r w:rsidRPr="002125BD">
              <w:rPr>
                <w:rFonts w:ascii="標楷體" w:eastAsia="標楷體" w:hAnsi="標楷體" w:cs="標楷體"/>
                <w:sz w:val="24"/>
                <w:szCs w:val="24"/>
              </w:rPr>
              <w:t>）</w:t>
            </w:r>
          </w:p>
        </w:tc>
        <w:tc>
          <w:tcPr>
            <w:tcW w:w="4721" w:type="dxa"/>
            <w:tcBorders>
              <w:top w:val="single" w:sz="5" w:space="0" w:color="B7C9DD"/>
              <w:left w:val="single" w:sz="5" w:space="0" w:color="B7C9DD"/>
              <w:bottom w:val="single" w:sz="5" w:space="0" w:color="B7C9DD"/>
              <w:right w:val="single" w:sz="5" w:space="0" w:color="B7C9D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7289BB0" w14:textId="77777777" w:rsidR="008F2D62" w:rsidRPr="002125BD" w:rsidRDefault="00642E33" w:rsidP="001A24C5">
            <w:pPr>
              <w:spacing w:after="0" w:line="276" w:lineRule="auto"/>
              <w:jc w:val="left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2125BD">
              <w:rPr>
                <w:rFonts w:ascii="標楷體" w:eastAsia="標楷體" w:hAnsi="標楷體" w:cs="標楷體"/>
                <w:sz w:val="24"/>
                <w:szCs w:val="24"/>
              </w:rPr>
              <w:t>公告</w:t>
            </w:r>
            <w:proofErr w:type="spellEnd"/>
            <w:r w:rsidR="00B31061" w:rsidRPr="002125BD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入圍決選</w:t>
            </w:r>
            <w:proofErr w:type="spellStart"/>
            <w:r w:rsidRPr="002125BD">
              <w:rPr>
                <w:rFonts w:ascii="標楷體" w:eastAsia="標楷體" w:hAnsi="標楷體" w:cs="標楷體"/>
                <w:sz w:val="24"/>
                <w:szCs w:val="24"/>
              </w:rPr>
              <w:t>通知</w:t>
            </w:r>
            <w:proofErr w:type="spellEnd"/>
          </w:p>
        </w:tc>
      </w:tr>
      <w:tr w:rsidR="00936A52" w:rsidRPr="003E3843" w14:paraId="49E6C8DB" w14:textId="77777777" w:rsidTr="002125BD">
        <w:trPr>
          <w:jc w:val="center"/>
        </w:trPr>
        <w:tc>
          <w:tcPr>
            <w:tcW w:w="0" w:type="auto"/>
            <w:tcBorders>
              <w:top w:val="single" w:sz="5" w:space="0" w:color="B7C9DD"/>
              <w:left w:val="single" w:sz="5" w:space="0" w:color="B7C9DD"/>
              <w:bottom w:val="single" w:sz="5" w:space="0" w:color="B7C9DD"/>
              <w:right w:val="single" w:sz="5" w:space="0" w:color="B7C9DD"/>
            </w:tcBorders>
            <w:shd w:val="clear" w:color="auto" w:fill="F3F6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85C5589" w14:textId="77777777" w:rsidR="00936A52" w:rsidRPr="002125BD" w:rsidRDefault="00936A52" w:rsidP="001A24C5">
            <w:pPr>
              <w:spacing w:after="0" w:line="276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3307" w:type="dxa"/>
            <w:tcBorders>
              <w:top w:val="single" w:sz="5" w:space="0" w:color="B7C9DD"/>
              <w:left w:val="single" w:sz="5" w:space="0" w:color="B7C9DD"/>
              <w:bottom w:val="single" w:sz="5" w:space="0" w:color="B7C9DD"/>
              <w:right w:val="single" w:sz="5" w:space="0" w:color="B7C9DD"/>
            </w:tcBorders>
            <w:shd w:val="clear" w:color="auto" w:fill="F3F6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94A4035" w14:textId="77777777" w:rsidR="00936A52" w:rsidRPr="002125BD" w:rsidRDefault="00936A52" w:rsidP="001A24C5">
            <w:pPr>
              <w:spacing w:after="0" w:line="276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2125BD">
              <w:rPr>
                <w:rFonts w:ascii="標楷體" w:eastAsia="標楷體" w:hAnsi="標楷體" w:cs="標楷體"/>
                <w:sz w:val="24"/>
                <w:szCs w:val="24"/>
              </w:rPr>
              <w:t>2027 年 03 月 0</w:t>
            </w:r>
            <w:r w:rsidRPr="002125BD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9</w:t>
            </w:r>
            <w:r w:rsidRPr="002125BD">
              <w:rPr>
                <w:rFonts w:ascii="標楷體" w:eastAsia="標楷體" w:hAnsi="標楷體" w:cs="標楷體"/>
                <w:sz w:val="24"/>
                <w:szCs w:val="24"/>
              </w:rPr>
              <w:t xml:space="preserve"> </w:t>
            </w:r>
            <w:proofErr w:type="spellStart"/>
            <w:r w:rsidRPr="002125BD">
              <w:rPr>
                <w:rFonts w:ascii="標楷體" w:eastAsia="標楷體" w:hAnsi="標楷體" w:cs="標楷體"/>
                <w:sz w:val="24"/>
                <w:szCs w:val="24"/>
              </w:rPr>
              <w:t>日（二</w:t>
            </w:r>
            <w:proofErr w:type="spellEnd"/>
            <w:r w:rsidRPr="002125BD">
              <w:rPr>
                <w:rFonts w:ascii="標楷體" w:eastAsia="標楷體" w:hAnsi="標楷體" w:cs="標楷體"/>
                <w:sz w:val="24"/>
                <w:szCs w:val="24"/>
              </w:rPr>
              <w:t>）</w:t>
            </w:r>
          </w:p>
        </w:tc>
        <w:tc>
          <w:tcPr>
            <w:tcW w:w="4721" w:type="dxa"/>
            <w:tcBorders>
              <w:top w:val="single" w:sz="5" w:space="0" w:color="B7C9DD"/>
              <w:left w:val="single" w:sz="5" w:space="0" w:color="B7C9DD"/>
              <w:bottom w:val="single" w:sz="5" w:space="0" w:color="B7C9DD"/>
              <w:right w:val="single" w:sz="5" w:space="0" w:color="B7C9DD"/>
            </w:tcBorders>
            <w:shd w:val="clear" w:color="auto" w:fill="F3F6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08E307B" w14:textId="77777777" w:rsidR="00936A52" w:rsidRPr="002125BD" w:rsidRDefault="00936A52" w:rsidP="001A24C5">
            <w:pPr>
              <w:spacing w:after="0" w:line="276" w:lineRule="auto"/>
              <w:jc w:val="lef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2125BD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入圍</w:t>
            </w:r>
            <w:r w:rsidR="00BE1953" w:rsidRPr="002125BD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決選參賽</w:t>
            </w:r>
            <w:r w:rsidRPr="002125BD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繳費期間</w:t>
            </w:r>
          </w:p>
        </w:tc>
      </w:tr>
      <w:tr w:rsidR="008F2D62" w:rsidRPr="003E3843" w14:paraId="52A64489" w14:textId="77777777" w:rsidTr="002125BD">
        <w:trPr>
          <w:jc w:val="center"/>
        </w:trPr>
        <w:tc>
          <w:tcPr>
            <w:tcW w:w="0" w:type="auto"/>
            <w:tcBorders>
              <w:top w:val="single" w:sz="5" w:space="0" w:color="B7C9DD"/>
              <w:left w:val="single" w:sz="5" w:space="0" w:color="B7C9DD"/>
              <w:bottom w:val="single" w:sz="5" w:space="0" w:color="B7C9DD"/>
              <w:right w:val="single" w:sz="5" w:space="0" w:color="B7C9D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5B46229" w14:textId="77777777" w:rsidR="008F2D62" w:rsidRPr="002125BD" w:rsidRDefault="00642E33" w:rsidP="001A24C5">
            <w:pPr>
              <w:spacing w:after="0" w:line="276" w:lineRule="auto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2125BD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競賽決選（實體審查）</w:t>
            </w:r>
          </w:p>
        </w:tc>
        <w:tc>
          <w:tcPr>
            <w:tcW w:w="3307" w:type="dxa"/>
            <w:tcBorders>
              <w:top w:val="single" w:sz="5" w:space="0" w:color="B7C9DD"/>
              <w:left w:val="single" w:sz="5" w:space="0" w:color="B7C9DD"/>
              <w:bottom w:val="single" w:sz="5" w:space="0" w:color="B7C9DD"/>
              <w:right w:val="single" w:sz="5" w:space="0" w:color="B7C9D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426883F" w14:textId="750987CB" w:rsidR="008F2D62" w:rsidRPr="002125BD" w:rsidRDefault="00642E33" w:rsidP="001A24C5">
            <w:pPr>
              <w:spacing w:after="0" w:line="276" w:lineRule="auto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2125BD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2027 年 03 月 12 日（五）</w:t>
            </w:r>
          </w:p>
        </w:tc>
        <w:tc>
          <w:tcPr>
            <w:tcW w:w="4721" w:type="dxa"/>
            <w:tcBorders>
              <w:top w:val="single" w:sz="5" w:space="0" w:color="B7C9DD"/>
              <w:left w:val="single" w:sz="5" w:space="0" w:color="B7C9DD"/>
              <w:bottom w:val="single" w:sz="5" w:space="0" w:color="B7C9DD"/>
              <w:right w:val="single" w:sz="5" w:space="0" w:color="B7C9D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1192460" w14:textId="77777777" w:rsidR="008F2D62" w:rsidRPr="002125BD" w:rsidRDefault="00642E33" w:rsidP="001A24C5">
            <w:pPr>
              <w:spacing w:after="0" w:line="276" w:lineRule="auto"/>
              <w:jc w:val="lef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2125BD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入圍作品實體發表與評選</w:t>
            </w:r>
          </w:p>
          <w:p w14:paraId="3545D26C" w14:textId="0C95214A" w:rsidR="009570F0" w:rsidRPr="002125BD" w:rsidRDefault="009570F0" w:rsidP="001A24C5">
            <w:pPr>
              <w:spacing w:after="0" w:line="276" w:lineRule="auto"/>
              <w:jc w:val="lef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2125BD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(公布入圍名單時一併公告，目前日期為暫訂日期，實體審查地點於台北科大</w:t>
            </w:r>
            <w:r w:rsidRPr="002125BD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)</w:t>
            </w:r>
          </w:p>
        </w:tc>
      </w:tr>
      <w:tr w:rsidR="008F2D62" w:rsidRPr="003E3843" w14:paraId="338790A0" w14:textId="77777777" w:rsidTr="002125BD">
        <w:trPr>
          <w:jc w:val="center"/>
        </w:trPr>
        <w:tc>
          <w:tcPr>
            <w:tcW w:w="0" w:type="auto"/>
            <w:tcBorders>
              <w:top w:val="single" w:sz="5" w:space="0" w:color="B7C9DD"/>
              <w:left w:val="single" w:sz="5" w:space="0" w:color="B7C9DD"/>
              <w:bottom w:val="single" w:sz="5" w:space="0" w:color="B7C9DD"/>
              <w:right w:val="single" w:sz="5" w:space="0" w:color="B7C9DD"/>
            </w:tcBorders>
            <w:shd w:val="clear" w:color="auto" w:fill="F3F6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FA02AAA" w14:textId="77777777" w:rsidR="008F2D62" w:rsidRPr="002125BD" w:rsidRDefault="00642E33" w:rsidP="001A24C5">
            <w:pPr>
              <w:spacing w:after="0" w:line="276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2125BD">
              <w:rPr>
                <w:rFonts w:ascii="標楷體" w:eastAsia="標楷體" w:hAnsi="標楷體" w:cs="標楷體"/>
                <w:sz w:val="24"/>
                <w:szCs w:val="24"/>
              </w:rPr>
              <w:t>得獎名單公布</w:t>
            </w:r>
            <w:proofErr w:type="spellEnd"/>
          </w:p>
        </w:tc>
        <w:tc>
          <w:tcPr>
            <w:tcW w:w="3307" w:type="dxa"/>
            <w:tcBorders>
              <w:top w:val="single" w:sz="5" w:space="0" w:color="B7C9DD"/>
              <w:left w:val="single" w:sz="5" w:space="0" w:color="B7C9DD"/>
              <w:bottom w:val="single" w:sz="5" w:space="0" w:color="B7C9DD"/>
              <w:right w:val="single" w:sz="5" w:space="0" w:color="B7C9DD"/>
            </w:tcBorders>
            <w:shd w:val="clear" w:color="auto" w:fill="F3F6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E918F01" w14:textId="77777777" w:rsidR="008F2D62" w:rsidRPr="002125BD" w:rsidRDefault="00642E33" w:rsidP="001A24C5">
            <w:pPr>
              <w:spacing w:after="0" w:line="276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2125BD">
              <w:rPr>
                <w:rFonts w:ascii="標楷體" w:eastAsia="標楷體" w:hAnsi="標楷體" w:cs="標楷體"/>
                <w:sz w:val="24"/>
                <w:szCs w:val="24"/>
              </w:rPr>
              <w:t xml:space="preserve">2027 年 03 月 15 </w:t>
            </w:r>
            <w:proofErr w:type="spellStart"/>
            <w:r w:rsidRPr="002125BD">
              <w:rPr>
                <w:rFonts w:ascii="標楷體" w:eastAsia="標楷體" w:hAnsi="標楷體" w:cs="標楷體"/>
                <w:sz w:val="24"/>
                <w:szCs w:val="24"/>
              </w:rPr>
              <w:t>日（一</w:t>
            </w:r>
            <w:proofErr w:type="spellEnd"/>
            <w:r w:rsidRPr="002125BD">
              <w:rPr>
                <w:rFonts w:ascii="標楷體" w:eastAsia="標楷體" w:hAnsi="標楷體" w:cs="標楷體"/>
                <w:sz w:val="24"/>
                <w:szCs w:val="24"/>
              </w:rPr>
              <w:t>）</w:t>
            </w:r>
          </w:p>
        </w:tc>
        <w:tc>
          <w:tcPr>
            <w:tcW w:w="4721" w:type="dxa"/>
            <w:tcBorders>
              <w:top w:val="single" w:sz="5" w:space="0" w:color="B7C9DD"/>
              <w:left w:val="single" w:sz="5" w:space="0" w:color="B7C9DD"/>
              <w:bottom w:val="single" w:sz="5" w:space="0" w:color="B7C9DD"/>
              <w:right w:val="single" w:sz="5" w:space="0" w:color="B7C9DD"/>
            </w:tcBorders>
            <w:shd w:val="clear" w:color="auto" w:fill="F3F6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127EBA3" w14:textId="77777777" w:rsidR="008F2D62" w:rsidRPr="002125BD" w:rsidRDefault="00642E33" w:rsidP="001A24C5">
            <w:pPr>
              <w:spacing w:after="0" w:line="276" w:lineRule="auto"/>
              <w:jc w:val="left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2125BD">
              <w:rPr>
                <w:rFonts w:ascii="標楷體" w:eastAsia="標楷體" w:hAnsi="標楷體" w:cs="標楷體"/>
                <w:sz w:val="24"/>
                <w:szCs w:val="24"/>
              </w:rPr>
              <w:t>寄送通知並公告</w:t>
            </w:r>
            <w:proofErr w:type="spellEnd"/>
          </w:p>
        </w:tc>
      </w:tr>
      <w:tr w:rsidR="008F2D62" w:rsidRPr="003E3843" w14:paraId="76F4C676" w14:textId="77777777" w:rsidTr="002125BD">
        <w:trPr>
          <w:jc w:val="center"/>
        </w:trPr>
        <w:tc>
          <w:tcPr>
            <w:tcW w:w="0" w:type="auto"/>
            <w:tcBorders>
              <w:top w:val="single" w:sz="5" w:space="0" w:color="B7C9DD"/>
              <w:left w:val="single" w:sz="5" w:space="0" w:color="B7C9DD"/>
              <w:bottom w:val="single" w:sz="5" w:space="0" w:color="B7C9DD"/>
              <w:right w:val="single" w:sz="5" w:space="0" w:color="B7C9D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2C41DBE" w14:textId="77777777" w:rsidR="008F2D62" w:rsidRPr="002125BD" w:rsidRDefault="00642E33" w:rsidP="001A24C5">
            <w:pPr>
              <w:spacing w:after="0" w:line="276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2125BD">
              <w:rPr>
                <w:rFonts w:ascii="標楷體" w:eastAsia="標楷體" w:hAnsi="標楷體" w:cs="標楷體"/>
                <w:sz w:val="24"/>
                <w:szCs w:val="24"/>
              </w:rPr>
              <w:t>頒獎典禮</w:t>
            </w:r>
            <w:proofErr w:type="spellEnd"/>
          </w:p>
        </w:tc>
        <w:tc>
          <w:tcPr>
            <w:tcW w:w="3307" w:type="dxa"/>
            <w:tcBorders>
              <w:top w:val="single" w:sz="5" w:space="0" w:color="B7C9DD"/>
              <w:left w:val="single" w:sz="5" w:space="0" w:color="B7C9DD"/>
              <w:bottom w:val="single" w:sz="5" w:space="0" w:color="B7C9DD"/>
              <w:right w:val="single" w:sz="5" w:space="0" w:color="B7C9D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8B5F722" w14:textId="77777777" w:rsidR="008F2D62" w:rsidRPr="002125BD" w:rsidRDefault="00642E33" w:rsidP="001A24C5">
            <w:pPr>
              <w:spacing w:after="0" w:line="276" w:lineRule="auto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2125BD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2027 年 03 月 2</w:t>
            </w:r>
            <w:r w:rsidR="00FE3619" w:rsidRPr="002125BD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8</w:t>
            </w:r>
            <w:r w:rsidRPr="002125BD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 xml:space="preserve"> 日（</w:t>
            </w:r>
            <w:r w:rsidR="00405AA3" w:rsidRPr="002125BD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日</w:t>
            </w:r>
            <w:r w:rsidRPr="002125BD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）</w:t>
            </w:r>
          </w:p>
        </w:tc>
        <w:tc>
          <w:tcPr>
            <w:tcW w:w="4721" w:type="dxa"/>
            <w:tcBorders>
              <w:top w:val="single" w:sz="5" w:space="0" w:color="B7C9DD"/>
              <w:left w:val="single" w:sz="5" w:space="0" w:color="B7C9DD"/>
              <w:bottom w:val="single" w:sz="5" w:space="0" w:color="B7C9DD"/>
              <w:right w:val="single" w:sz="5" w:space="0" w:color="B7C9D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7D6CFF6" w14:textId="77777777" w:rsidR="008F2D62" w:rsidRPr="002125BD" w:rsidRDefault="00642E33" w:rsidP="001A24C5">
            <w:pPr>
              <w:spacing w:after="0" w:line="276" w:lineRule="auto"/>
              <w:jc w:val="lef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2125BD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EST 2027 年會</w:t>
            </w:r>
            <w:r w:rsidR="00744555" w:rsidRPr="002125BD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閉幕典禮辦理詳細時間視最終議程</w:t>
            </w:r>
          </w:p>
        </w:tc>
      </w:tr>
    </w:tbl>
    <w:p w14:paraId="276EA29E" w14:textId="77777777" w:rsidR="008F2D62" w:rsidRPr="003E3843" w:rsidRDefault="00642E33" w:rsidP="004C0315">
      <w:pPr>
        <w:pStyle w:val="1"/>
        <w:pBdr>
          <w:bottom w:val="single" w:sz="10" w:space="3" w:color="2F75B5"/>
        </w:pBdr>
        <w:spacing w:before="160" w:after="80"/>
        <w:jc w:val="left"/>
        <w:rPr>
          <w:rFonts w:ascii="標楷體" w:eastAsia="標楷體" w:hAnsi="標楷體" w:cs="標楷體"/>
          <w:lang w:eastAsia="zh-TW"/>
        </w:rPr>
      </w:pPr>
      <w:r w:rsidRPr="003E3843">
        <w:rPr>
          <w:rFonts w:ascii="標楷體" w:eastAsia="標楷體" w:hAnsi="標楷體" w:cs="標楷體"/>
          <w:lang w:eastAsia="zh-TW"/>
        </w:rPr>
        <w:lastRenderedPageBreak/>
        <w:t>6. 參賽程序</w:t>
      </w:r>
    </w:p>
    <w:p w14:paraId="5A6143B7" w14:textId="6AD19069" w:rsidR="008F2D62" w:rsidRPr="002125BD" w:rsidRDefault="00642E33" w:rsidP="004C0315">
      <w:pPr>
        <w:keepNext/>
        <w:spacing w:before="160" w:after="80" w:line="312" w:lineRule="auto"/>
        <w:rPr>
          <w:rFonts w:ascii="標楷體" w:eastAsia="標楷體" w:hAnsi="標楷體" w:cs="標楷體"/>
          <w:sz w:val="24"/>
          <w:szCs w:val="24"/>
          <w:lang w:eastAsia="zh-TW"/>
        </w:rPr>
      </w:pPr>
      <w:r w:rsidRPr="002125BD">
        <w:rPr>
          <w:rFonts w:ascii="標楷體" w:eastAsia="標楷體" w:hAnsi="標楷體" w:cs="標楷體"/>
          <w:b/>
          <w:color w:val="17365D"/>
          <w:sz w:val="24"/>
          <w:szCs w:val="24"/>
          <w:lang w:eastAsia="zh-TW"/>
        </w:rPr>
        <w:t>網路報名</w:t>
      </w:r>
    </w:p>
    <w:p w14:paraId="606FA5C9" w14:textId="77777777" w:rsidR="008F2D62" w:rsidRPr="002125BD" w:rsidRDefault="00642E33" w:rsidP="004C0315">
      <w:pPr>
        <w:spacing w:line="312" w:lineRule="auto"/>
        <w:rPr>
          <w:rFonts w:ascii="標楷體" w:eastAsia="標楷體" w:hAnsi="標楷體" w:cs="標楷體"/>
          <w:sz w:val="24"/>
          <w:szCs w:val="24"/>
          <w:lang w:eastAsia="zh-TW"/>
        </w:rPr>
      </w:pPr>
      <w:r w:rsidRPr="002125BD">
        <w:rPr>
          <w:rFonts w:ascii="標楷體" w:eastAsia="標楷體" w:hAnsi="標楷體" w:cs="標楷體"/>
          <w:sz w:val="24"/>
          <w:szCs w:val="24"/>
          <w:lang w:eastAsia="zh-TW"/>
        </w:rPr>
        <w:t>一律採網路報名。正式報名網址</w:t>
      </w:r>
      <w:r w:rsidR="007A17EC" w:rsidRPr="002125BD">
        <w:rPr>
          <w:rFonts w:ascii="標楷體" w:eastAsia="標楷體" w:hAnsi="標楷體" w:cs="標楷體" w:hint="eastAsia"/>
          <w:sz w:val="24"/>
          <w:szCs w:val="24"/>
          <w:lang w:eastAsia="zh-TW"/>
        </w:rPr>
        <w:t xml:space="preserve"> (</w:t>
      </w:r>
      <w:r w:rsidR="007A17EC" w:rsidRPr="002125BD">
        <w:rPr>
          <w:rFonts w:ascii="標楷體" w:eastAsia="標楷體" w:hAnsi="標楷體" w:cs="標楷體"/>
          <w:sz w:val="24"/>
          <w:szCs w:val="24"/>
          <w:lang w:eastAsia="zh-TW"/>
        </w:rPr>
        <w:t xml:space="preserve"> </w:t>
      </w:r>
      <w:hyperlink r:id="rId8" w:history="1">
        <w:r w:rsidR="007A17EC" w:rsidRPr="002125BD">
          <w:rPr>
            <w:rStyle w:val="affa"/>
            <w:rFonts w:ascii="標楷體" w:eastAsia="標楷體" w:hAnsi="標楷體" w:cs="標楷體"/>
            <w:sz w:val="24"/>
            <w:szCs w:val="24"/>
            <w:lang w:eastAsia="zh-TW"/>
          </w:rPr>
          <w:t>https://forms.gle/3Zg67jEwt11hPHvV9</w:t>
        </w:r>
      </w:hyperlink>
      <w:r w:rsidR="007A17EC" w:rsidRPr="002125BD">
        <w:rPr>
          <w:rFonts w:ascii="標楷體" w:eastAsia="標楷體" w:hAnsi="標楷體" w:cs="標楷體" w:hint="eastAsia"/>
          <w:sz w:val="24"/>
          <w:szCs w:val="24"/>
          <w:lang w:eastAsia="zh-TW"/>
        </w:rPr>
        <w:t xml:space="preserve"> )</w:t>
      </w:r>
      <w:r w:rsidRPr="002125BD">
        <w:rPr>
          <w:rFonts w:ascii="標楷體" w:eastAsia="標楷體" w:hAnsi="標楷體" w:cs="標楷體"/>
          <w:sz w:val="24"/>
          <w:szCs w:val="24"/>
          <w:lang w:eastAsia="zh-TW"/>
        </w:rPr>
        <w:t>、及聯絡窗口由主辦單位另行公告。完成報名後，參賽者應依系統指示上傳參賽文件</w:t>
      </w:r>
      <w:r w:rsidR="007D2A47" w:rsidRPr="002125BD">
        <w:rPr>
          <w:rFonts w:ascii="標楷體" w:eastAsia="標楷體" w:hAnsi="標楷體" w:cs="標楷體" w:hint="eastAsia"/>
          <w:sz w:val="24"/>
          <w:szCs w:val="24"/>
          <w:lang w:eastAsia="zh-TW"/>
        </w:rPr>
        <w:t>與繳費證明</w:t>
      </w:r>
      <w:r w:rsidRPr="002125BD">
        <w:rPr>
          <w:rFonts w:ascii="標楷體" w:eastAsia="標楷體" w:hAnsi="標楷體" w:cs="標楷體"/>
          <w:sz w:val="24"/>
          <w:szCs w:val="24"/>
          <w:lang w:eastAsia="zh-TW"/>
        </w:rPr>
        <w:t>。</w:t>
      </w:r>
    </w:p>
    <w:p w14:paraId="3637F5D9" w14:textId="77777777" w:rsidR="008F2D62" w:rsidRPr="002125BD" w:rsidRDefault="00642E33" w:rsidP="004C0315">
      <w:pPr>
        <w:spacing w:line="312" w:lineRule="auto"/>
        <w:rPr>
          <w:rFonts w:ascii="標楷體" w:eastAsia="標楷體" w:hAnsi="標楷體" w:cs="標楷體"/>
          <w:sz w:val="24"/>
          <w:szCs w:val="24"/>
          <w:lang w:eastAsia="zh-TW"/>
        </w:rPr>
      </w:pPr>
      <w:r w:rsidRPr="002125BD">
        <w:rPr>
          <w:rStyle w:val="affa"/>
          <w:rFonts w:ascii="標楷體" w:eastAsia="標楷體" w:hAnsi="標楷體" w:cs="標楷體"/>
          <w:color w:val="1F1F1F"/>
          <w:sz w:val="24"/>
          <w:szCs w:val="24"/>
          <w:u w:val="none"/>
          <w:lang w:eastAsia="zh-TW"/>
        </w:rPr>
        <w:t>報名階段僅需提供電子資料</w:t>
      </w:r>
      <w:r w:rsidRPr="002125BD">
        <w:rPr>
          <w:rFonts w:ascii="標楷體" w:eastAsia="標楷體" w:hAnsi="標楷體" w:cs="標楷體"/>
          <w:sz w:val="24"/>
          <w:szCs w:val="24"/>
          <w:lang w:eastAsia="zh-TW"/>
        </w:rPr>
        <w:t>；</w:t>
      </w:r>
      <w:r w:rsidRPr="002125BD">
        <w:rPr>
          <w:rStyle w:val="affa"/>
          <w:rFonts w:ascii="標楷體" w:eastAsia="標楷體" w:hAnsi="標楷體" w:cs="標楷體"/>
          <w:color w:val="1F1F1F"/>
          <w:sz w:val="24"/>
          <w:szCs w:val="24"/>
          <w:u w:val="none"/>
          <w:lang w:eastAsia="zh-TW"/>
        </w:rPr>
        <w:t>入圍作品於決選時依通知準備簡報</w:t>
      </w:r>
      <w:r w:rsidRPr="002125BD">
        <w:rPr>
          <w:rFonts w:ascii="標楷體" w:eastAsia="標楷體" w:hAnsi="標楷體" w:cs="標楷體"/>
          <w:sz w:val="24"/>
          <w:szCs w:val="24"/>
          <w:lang w:eastAsia="zh-TW"/>
        </w:rPr>
        <w:t>。實體作品或模型非強制繳交，參賽者可依作品特性自行評估是否提供，亦可使用影片、動畫、操作展示、情境模擬或其他適當形式輔助呈現。</w:t>
      </w:r>
    </w:p>
    <w:p w14:paraId="56A99F02" w14:textId="552903E4" w:rsidR="000D5760" w:rsidRPr="002125BD" w:rsidRDefault="00D44172" w:rsidP="00350340">
      <w:pPr>
        <w:spacing w:line="312" w:lineRule="auto"/>
        <w:rPr>
          <w:rFonts w:ascii="標楷體" w:eastAsia="標楷體" w:hAnsi="標楷體" w:cs="標楷體"/>
          <w:sz w:val="24"/>
          <w:szCs w:val="24"/>
          <w:lang w:eastAsia="zh-TW"/>
        </w:rPr>
      </w:pPr>
      <w:r w:rsidRPr="002125BD">
        <w:rPr>
          <w:rFonts w:ascii="標楷體" w:eastAsia="標楷體" w:hAnsi="標楷體" w:cs="標楷體" w:hint="eastAsia"/>
          <w:sz w:val="24"/>
          <w:szCs w:val="24"/>
          <w:lang w:eastAsia="zh-TW"/>
        </w:rPr>
        <w:t>完成報名後，主辦單位將以電子郵件寄發報名確認通知；如於 3 個工作天內未收到通知，請主動與競賽聯絡窗口確認，以免影響參賽權益。</w:t>
      </w:r>
    </w:p>
    <w:p w14:paraId="6288C51D" w14:textId="658CEF9F" w:rsidR="008F2D62" w:rsidRPr="003E3843" w:rsidRDefault="00642E33" w:rsidP="004C0315">
      <w:pPr>
        <w:keepNext/>
        <w:spacing w:before="160" w:after="80" w:line="312" w:lineRule="auto"/>
        <w:rPr>
          <w:rFonts w:ascii="標楷體" w:eastAsia="標楷體" w:hAnsi="標楷體" w:cs="標楷體"/>
        </w:rPr>
      </w:pPr>
      <w:proofErr w:type="spellStart"/>
      <w:r w:rsidRPr="002125BD">
        <w:rPr>
          <w:rFonts w:ascii="標楷體" w:eastAsia="標楷體" w:hAnsi="標楷體" w:cs="標楷體"/>
          <w:b/>
          <w:color w:val="17365D"/>
          <w:sz w:val="24"/>
          <w:szCs w:val="24"/>
        </w:rPr>
        <w:t>參賽文件</w:t>
      </w:r>
      <w:proofErr w:type="spellEnd"/>
    </w:p>
    <w:p w14:paraId="33FECD57" w14:textId="487E174A" w:rsidR="008F2D62" w:rsidRPr="002125BD" w:rsidRDefault="00642E33" w:rsidP="004C0315">
      <w:pPr>
        <w:pStyle w:val="a0"/>
        <w:spacing w:line="300" w:lineRule="auto"/>
        <w:rPr>
          <w:rFonts w:ascii="標楷體" w:eastAsia="標楷體" w:hAnsi="標楷體" w:cs="標楷體"/>
          <w:sz w:val="24"/>
          <w:szCs w:val="24"/>
          <w:lang w:eastAsia="zh-TW"/>
        </w:rPr>
      </w:pPr>
      <w:r w:rsidRPr="002125BD">
        <w:rPr>
          <w:rFonts w:ascii="標楷體" w:eastAsia="標楷體" w:hAnsi="標楷體" w:cs="標楷體"/>
          <w:sz w:val="24"/>
          <w:szCs w:val="24"/>
          <w:lang w:eastAsia="zh-TW"/>
        </w:rPr>
        <w:t xml:space="preserve">作品表板：每件作品繳交 </w:t>
      </w:r>
      <w:r w:rsidRPr="002125BD">
        <w:rPr>
          <w:rStyle w:val="affa"/>
          <w:rFonts w:ascii="標楷體" w:eastAsia="標楷體" w:hAnsi="標楷體" w:cs="標楷體"/>
          <w:color w:val="1F1F1F"/>
          <w:sz w:val="24"/>
          <w:szCs w:val="24"/>
          <w:u w:val="none"/>
          <w:lang w:eastAsia="zh-TW"/>
        </w:rPr>
        <w:t>1 至 2 張 A1 橫式表板（840 × 594 mm）</w:t>
      </w:r>
      <w:r w:rsidRPr="002125BD">
        <w:rPr>
          <w:rFonts w:ascii="標楷體" w:eastAsia="標楷體" w:hAnsi="標楷體" w:cs="標楷體"/>
          <w:sz w:val="24"/>
          <w:szCs w:val="24"/>
          <w:lang w:eastAsia="zh-TW"/>
        </w:rPr>
        <w:t>。表板檔案採 PDF 格式；如繳交 2 張，應依頁序合併為</w:t>
      </w:r>
      <w:r w:rsidRPr="002125BD">
        <w:rPr>
          <w:rStyle w:val="affa"/>
          <w:rFonts w:ascii="標楷體" w:eastAsia="標楷體" w:hAnsi="標楷體" w:cs="標楷體"/>
          <w:color w:val="1F1F1F"/>
          <w:sz w:val="24"/>
          <w:szCs w:val="24"/>
          <w:u w:val="none"/>
          <w:lang w:eastAsia="zh-TW"/>
        </w:rPr>
        <w:t xml:space="preserve">單一 PDF </w:t>
      </w:r>
      <w:r w:rsidRPr="002125BD">
        <w:rPr>
          <w:rFonts w:ascii="標楷體" w:eastAsia="標楷體" w:hAnsi="標楷體" w:cs="標楷體"/>
          <w:sz w:val="24"/>
          <w:szCs w:val="24"/>
          <w:lang w:eastAsia="zh-TW"/>
        </w:rPr>
        <w:t xml:space="preserve">檔案上傳，檔案大小以 </w:t>
      </w:r>
      <w:r w:rsidR="005F7555" w:rsidRPr="002125BD">
        <w:rPr>
          <w:rStyle w:val="affa"/>
          <w:rFonts w:ascii="標楷體" w:eastAsia="標楷體" w:hAnsi="標楷體" w:cs="標楷體"/>
          <w:color w:val="1F1F1F"/>
          <w:sz w:val="24"/>
          <w:szCs w:val="24"/>
          <w:u w:val="none"/>
          <w:lang w:eastAsia="zh-TW"/>
        </w:rPr>
        <w:t>20</w:t>
      </w:r>
      <w:r w:rsidRPr="002125BD">
        <w:rPr>
          <w:rStyle w:val="affa"/>
          <w:rFonts w:ascii="標楷體" w:eastAsia="標楷體" w:hAnsi="標楷體" w:cs="標楷體"/>
          <w:color w:val="1F1F1F"/>
          <w:sz w:val="24"/>
          <w:szCs w:val="24"/>
          <w:u w:val="none"/>
          <w:lang w:eastAsia="zh-TW"/>
        </w:rPr>
        <w:t xml:space="preserve"> MB 以下</w:t>
      </w:r>
      <w:r w:rsidRPr="002125BD">
        <w:rPr>
          <w:rFonts w:ascii="標楷體" w:eastAsia="標楷體" w:hAnsi="標楷體" w:cs="標楷體"/>
          <w:sz w:val="24"/>
          <w:szCs w:val="24"/>
          <w:lang w:eastAsia="zh-TW"/>
        </w:rPr>
        <w:t>為原則。</w:t>
      </w:r>
    </w:p>
    <w:p w14:paraId="51185A59" w14:textId="77777777" w:rsidR="008F2D62" w:rsidRPr="002125BD" w:rsidRDefault="00642E33" w:rsidP="00893982">
      <w:pPr>
        <w:pStyle w:val="a0"/>
        <w:spacing w:line="300" w:lineRule="auto"/>
        <w:rPr>
          <w:rFonts w:ascii="標楷體" w:eastAsia="標楷體" w:hAnsi="標楷體" w:cs="標楷體"/>
          <w:sz w:val="24"/>
          <w:szCs w:val="24"/>
          <w:lang w:eastAsia="zh-TW"/>
        </w:rPr>
      </w:pPr>
      <w:r w:rsidRPr="002125BD">
        <w:rPr>
          <w:rFonts w:ascii="標楷體" w:eastAsia="標楷體" w:hAnsi="標楷體" w:cs="標楷體"/>
          <w:sz w:val="24"/>
          <w:szCs w:val="24"/>
          <w:lang w:eastAsia="zh-TW"/>
        </w:rPr>
        <w:t>檔案建議：採 RGB 色彩模式，並確保圖像及文字於螢幕檢視與輸出時清晰可辨識；影像解析度建議為 150–300 dpi。</w:t>
      </w:r>
    </w:p>
    <w:p w14:paraId="2E4ED6B5" w14:textId="77777777" w:rsidR="008F2D62" w:rsidRPr="002125BD" w:rsidRDefault="00642E33" w:rsidP="004C0315">
      <w:pPr>
        <w:pStyle w:val="a0"/>
        <w:spacing w:line="300" w:lineRule="auto"/>
        <w:rPr>
          <w:rFonts w:ascii="標楷體" w:eastAsia="標楷體" w:hAnsi="標楷體" w:cs="標楷體"/>
          <w:sz w:val="24"/>
          <w:szCs w:val="24"/>
          <w:lang w:eastAsia="zh-TW"/>
        </w:rPr>
      </w:pPr>
      <w:r w:rsidRPr="002125BD">
        <w:rPr>
          <w:rFonts w:ascii="標楷體" w:eastAsia="標楷體" w:hAnsi="標楷體" w:cs="標楷體"/>
          <w:sz w:val="24"/>
          <w:szCs w:val="24"/>
          <w:lang w:eastAsia="zh-TW"/>
        </w:rPr>
        <w:t>表板內容：應清楚呈現作品之核心概念、設計內容、使用情境及人因工程之應用。參賽者可依作品性質自行安排呈現內容與方式，並應說明作品所運用之人因工程特點、相關知識及其與設計之關聯。版面配置由參賽者自行設計，說明文字以中文為主，亦可加入英文。</w:t>
      </w:r>
    </w:p>
    <w:p w14:paraId="218FB772" w14:textId="6908C7CA" w:rsidR="008F2D62" w:rsidRPr="002125BD" w:rsidRDefault="00642E33" w:rsidP="004C0315">
      <w:pPr>
        <w:pStyle w:val="a0"/>
        <w:spacing w:line="300" w:lineRule="auto"/>
        <w:rPr>
          <w:rFonts w:ascii="標楷體" w:eastAsia="標楷體" w:hAnsi="標楷體" w:cs="標楷體"/>
          <w:sz w:val="24"/>
          <w:szCs w:val="24"/>
          <w:lang w:eastAsia="zh-TW"/>
        </w:rPr>
      </w:pPr>
      <w:r w:rsidRPr="002125BD">
        <w:rPr>
          <w:rFonts w:ascii="標楷體" w:eastAsia="標楷體" w:hAnsi="標楷體" w:cs="標楷體"/>
          <w:sz w:val="24"/>
          <w:szCs w:val="24"/>
          <w:lang w:eastAsia="zh-TW"/>
        </w:rPr>
        <w:t>表板內容建議依下列架構呈現：問題／情境、人因洞察、設計概念、創新性、成果</w:t>
      </w:r>
      <w:r w:rsidR="003E3843" w:rsidRPr="002125BD">
        <w:rPr>
          <w:rFonts w:ascii="標楷體" w:eastAsia="標楷體" w:hAnsi="標楷體" w:cs="標楷體" w:hint="eastAsia"/>
          <w:sz w:val="24"/>
          <w:szCs w:val="24"/>
          <w:lang w:eastAsia="zh-TW"/>
        </w:rPr>
        <w:t>/</w:t>
      </w:r>
      <w:r w:rsidRPr="002125BD">
        <w:rPr>
          <w:rFonts w:ascii="標楷體" w:eastAsia="標楷體" w:hAnsi="標楷體" w:cs="標楷體"/>
          <w:sz w:val="24"/>
          <w:szCs w:val="24"/>
          <w:lang w:eastAsia="zh-TW"/>
        </w:rPr>
        <w:t>應用；參賽者可依作品性質自行調整。</w:t>
      </w:r>
    </w:p>
    <w:p w14:paraId="217D5427" w14:textId="77777777" w:rsidR="008F2D62" w:rsidRPr="002125BD" w:rsidRDefault="00642E33" w:rsidP="004C0315">
      <w:pPr>
        <w:pStyle w:val="a0"/>
        <w:spacing w:line="300" w:lineRule="auto"/>
        <w:rPr>
          <w:rFonts w:ascii="標楷體" w:eastAsia="標楷體" w:hAnsi="標楷體" w:cs="標楷體"/>
          <w:sz w:val="24"/>
          <w:szCs w:val="24"/>
          <w:lang w:eastAsia="zh-TW"/>
        </w:rPr>
      </w:pPr>
      <w:r w:rsidRPr="002125BD">
        <w:rPr>
          <w:rFonts w:ascii="標楷體" w:eastAsia="標楷體" w:hAnsi="標楷體" w:cs="標楷體"/>
          <w:sz w:val="24"/>
          <w:szCs w:val="24"/>
          <w:lang w:eastAsia="zh-TW"/>
        </w:rPr>
        <w:t>智慧財產權聲明書：參賽者須完成智慧財產權聲明書之填寫，並於報名時依規定上傳。</w:t>
      </w:r>
    </w:p>
    <w:p w14:paraId="6012176F" w14:textId="39337ECB" w:rsidR="008F2D62" w:rsidRPr="002125BD" w:rsidRDefault="00642E33" w:rsidP="004C0315">
      <w:pPr>
        <w:keepNext/>
        <w:spacing w:before="160" w:after="80" w:line="312" w:lineRule="auto"/>
        <w:rPr>
          <w:rFonts w:ascii="標楷體" w:eastAsia="標楷體" w:hAnsi="標楷體" w:cs="標楷體"/>
          <w:sz w:val="24"/>
          <w:szCs w:val="24"/>
          <w:lang w:eastAsia="zh-TW"/>
        </w:rPr>
      </w:pPr>
      <w:r w:rsidRPr="002125BD">
        <w:rPr>
          <w:rFonts w:ascii="標楷體" w:eastAsia="標楷體" w:hAnsi="標楷體" w:cs="標楷體"/>
          <w:b/>
          <w:color w:val="17365D"/>
          <w:sz w:val="24"/>
          <w:szCs w:val="24"/>
          <w:lang w:eastAsia="zh-TW"/>
        </w:rPr>
        <w:t>初選</w:t>
      </w:r>
    </w:p>
    <w:p w14:paraId="3119F12A" w14:textId="77777777" w:rsidR="008F2D62" w:rsidRPr="002125BD" w:rsidRDefault="00642E33" w:rsidP="004C0315">
      <w:pPr>
        <w:spacing w:line="312" w:lineRule="auto"/>
        <w:rPr>
          <w:rFonts w:ascii="標楷體" w:eastAsia="標楷體" w:hAnsi="標楷體" w:cs="標楷體"/>
          <w:sz w:val="24"/>
          <w:szCs w:val="24"/>
          <w:lang w:eastAsia="zh-TW"/>
        </w:rPr>
      </w:pPr>
      <w:r w:rsidRPr="002125BD">
        <w:rPr>
          <w:rFonts w:ascii="標楷體" w:eastAsia="標楷體" w:hAnsi="標楷體" w:cs="標楷體"/>
          <w:sz w:val="24"/>
          <w:szCs w:val="24"/>
          <w:lang w:eastAsia="zh-TW"/>
        </w:rPr>
        <w:t>由評審委員針對通過資格審查之作品進行數位審查（作品圖審），依競賽評審重點選出入圍作品進入決選。入圍件數由主辦單位依實際投稿與評選情形公告。</w:t>
      </w:r>
    </w:p>
    <w:p w14:paraId="4B45AB0E" w14:textId="3A4D5075" w:rsidR="008F2D62" w:rsidRPr="002125BD" w:rsidRDefault="00642E33" w:rsidP="004C0315">
      <w:pPr>
        <w:keepNext/>
        <w:spacing w:before="160" w:after="80" w:line="312" w:lineRule="auto"/>
        <w:rPr>
          <w:rFonts w:ascii="標楷體" w:eastAsia="標楷體" w:hAnsi="標楷體" w:cs="標楷體"/>
          <w:sz w:val="24"/>
          <w:szCs w:val="24"/>
          <w:lang w:eastAsia="zh-TW"/>
        </w:rPr>
      </w:pPr>
      <w:r w:rsidRPr="002125BD">
        <w:rPr>
          <w:rFonts w:ascii="標楷體" w:eastAsia="標楷體" w:hAnsi="標楷體" w:cs="標楷體"/>
          <w:b/>
          <w:color w:val="17365D"/>
          <w:sz w:val="24"/>
          <w:szCs w:val="24"/>
          <w:lang w:eastAsia="zh-TW"/>
        </w:rPr>
        <w:t>決選</w:t>
      </w:r>
    </w:p>
    <w:p w14:paraId="4AC006E9" w14:textId="77777777" w:rsidR="00FA28BA" w:rsidRPr="002125BD" w:rsidRDefault="00FA28BA" w:rsidP="00FA28BA">
      <w:pPr>
        <w:spacing w:line="312" w:lineRule="auto"/>
        <w:rPr>
          <w:rFonts w:ascii="標楷體" w:eastAsia="標楷體" w:hAnsi="標楷體" w:cs="標楷體"/>
          <w:sz w:val="24"/>
          <w:szCs w:val="24"/>
          <w:lang w:eastAsia="zh-TW"/>
        </w:rPr>
      </w:pPr>
      <w:r w:rsidRPr="002125BD">
        <w:rPr>
          <w:rFonts w:ascii="標楷體" w:eastAsia="標楷體" w:hAnsi="標楷體" w:cs="標楷體" w:hint="eastAsia"/>
          <w:sz w:val="24"/>
          <w:szCs w:val="24"/>
          <w:lang w:eastAsia="zh-TW"/>
        </w:rPr>
        <w:t>通過初選之入圍作品須準備電子簡報（PPT），並於</w:t>
      </w:r>
      <w:r w:rsidRPr="002125BD">
        <w:rPr>
          <w:rStyle w:val="affa"/>
          <w:rFonts w:ascii="標楷體" w:eastAsia="標楷體" w:hAnsi="標楷體" w:cs="標楷體" w:hint="eastAsia"/>
          <w:color w:val="1F1F1F"/>
          <w:sz w:val="24"/>
          <w:szCs w:val="24"/>
          <w:u w:val="none"/>
          <w:lang w:eastAsia="zh-TW"/>
        </w:rPr>
        <w:t>指定時間及地點（國立臺北科技大學）</w:t>
      </w:r>
      <w:r w:rsidRPr="002125BD">
        <w:rPr>
          <w:rFonts w:ascii="標楷體" w:eastAsia="標楷體" w:hAnsi="標楷體" w:cs="標楷體" w:hint="eastAsia"/>
          <w:sz w:val="24"/>
          <w:szCs w:val="24"/>
          <w:lang w:eastAsia="zh-TW"/>
        </w:rPr>
        <w:t xml:space="preserve">參加實體決選，進行作品簡報與說明，由評審委員進行最終評選。  </w:t>
      </w:r>
    </w:p>
    <w:p w14:paraId="43D5F5C8" w14:textId="77777777" w:rsidR="00FA28BA" w:rsidRPr="002125BD" w:rsidRDefault="00FA28BA" w:rsidP="00FA28BA">
      <w:pPr>
        <w:spacing w:line="312" w:lineRule="auto"/>
        <w:rPr>
          <w:rFonts w:ascii="標楷體" w:eastAsia="標楷體" w:hAnsi="標楷體" w:cs="標楷體"/>
          <w:sz w:val="24"/>
          <w:szCs w:val="24"/>
          <w:lang w:eastAsia="zh-TW"/>
        </w:rPr>
      </w:pPr>
      <w:r w:rsidRPr="002125BD">
        <w:rPr>
          <w:rFonts w:ascii="標楷體" w:eastAsia="標楷體" w:hAnsi="標楷體" w:cs="標楷體" w:hint="eastAsia"/>
          <w:sz w:val="24"/>
          <w:szCs w:val="24"/>
          <w:lang w:eastAsia="zh-TW"/>
        </w:rPr>
        <w:t xml:space="preserve">電子簡報（PPT）得搭配影片、3D 模擬圖、模型照片、影像、圖片或其他適當方式，說明作品之應用情境、操作方式及關鍵細部設計，以凸顯參賽作品所運用之人因工程特點、相關知識及其與設計之關聯。  </w:t>
      </w:r>
    </w:p>
    <w:p w14:paraId="0242CB08" w14:textId="77777777" w:rsidR="00FA28BA" w:rsidRPr="002125BD" w:rsidRDefault="00FA28BA" w:rsidP="00FA28BA">
      <w:pPr>
        <w:spacing w:line="312" w:lineRule="auto"/>
        <w:rPr>
          <w:rFonts w:ascii="標楷體" w:eastAsia="標楷體" w:hAnsi="標楷體" w:cs="標楷體"/>
          <w:sz w:val="24"/>
          <w:szCs w:val="24"/>
          <w:lang w:eastAsia="zh-TW"/>
        </w:rPr>
      </w:pPr>
      <w:r w:rsidRPr="002125BD">
        <w:rPr>
          <w:rFonts w:ascii="標楷體" w:eastAsia="標楷體" w:hAnsi="標楷體" w:cs="標楷體" w:hint="eastAsia"/>
          <w:sz w:val="24"/>
          <w:szCs w:val="24"/>
          <w:lang w:eastAsia="zh-TW"/>
        </w:rPr>
        <w:lastRenderedPageBreak/>
        <w:t xml:space="preserve">實體作品或模型非強制提供，參賽者得依作品特性自行評估是否攜帶；如能適切呈現設計成果，可作為評審理解作品完整度之參考。未提供實體作品或模型者，亦得透過影片、動畫、操作展示、情境模擬或其他適當形式輔助呈現。  </w:t>
      </w:r>
    </w:p>
    <w:p w14:paraId="62F068E6" w14:textId="764CE37A" w:rsidR="000D5760" w:rsidRPr="002125BD" w:rsidRDefault="00FA28BA" w:rsidP="002125BD">
      <w:pPr>
        <w:spacing w:line="312" w:lineRule="auto"/>
        <w:rPr>
          <w:rFonts w:ascii="標楷體" w:eastAsia="標楷體" w:hAnsi="標楷體" w:cs="標楷體"/>
          <w:sz w:val="24"/>
          <w:szCs w:val="24"/>
          <w:lang w:eastAsia="zh-TW"/>
        </w:rPr>
      </w:pPr>
      <w:r w:rsidRPr="002125BD">
        <w:rPr>
          <w:rFonts w:ascii="標楷體" w:eastAsia="標楷體" w:hAnsi="標楷體" w:cs="標楷體" w:hint="eastAsia"/>
          <w:sz w:val="24"/>
          <w:szCs w:val="24"/>
          <w:lang w:eastAsia="zh-TW"/>
        </w:rPr>
        <w:t>每組</w:t>
      </w:r>
      <w:r w:rsidRPr="002125BD">
        <w:rPr>
          <w:rStyle w:val="affa"/>
          <w:rFonts w:ascii="標楷體" w:eastAsia="標楷體" w:hAnsi="標楷體" w:cs="標楷體" w:hint="eastAsia"/>
          <w:color w:val="1F1F1F"/>
          <w:sz w:val="24"/>
          <w:szCs w:val="24"/>
          <w:u w:val="none"/>
          <w:lang w:eastAsia="zh-TW"/>
        </w:rPr>
        <w:t>入圍隊伍之簡報發表以 10 分鐘為原則</w:t>
      </w:r>
      <w:r w:rsidRPr="002125BD">
        <w:rPr>
          <w:rFonts w:ascii="標楷體" w:eastAsia="標楷體" w:hAnsi="標楷體" w:cs="標楷體" w:hint="eastAsia"/>
          <w:sz w:val="24"/>
          <w:szCs w:val="24"/>
          <w:lang w:eastAsia="zh-TW"/>
        </w:rPr>
        <w:t>，發表過程以中文為主。實際簡報時間、報到方式、發表順序及相關細部流程另行通知。</w:t>
      </w:r>
    </w:p>
    <w:p w14:paraId="67B4452B" w14:textId="77777777" w:rsidR="008F2D62" w:rsidRPr="003E3843" w:rsidRDefault="00642E33" w:rsidP="004C0315">
      <w:pPr>
        <w:pStyle w:val="1"/>
        <w:pBdr>
          <w:bottom w:val="single" w:sz="10" w:space="3" w:color="2F75B5"/>
        </w:pBdr>
        <w:spacing w:before="160" w:after="80"/>
        <w:jc w:val="left"/>
        <w:rPr>
          <w:rFonts w:ascii="標楷體" w:eastAsia="標楷體" w:hAnsi="標楷體" w:cs="標楷體"/>
          <w:lang w:eastAsia="zh-TW"/>
        </w:rPr>
      </w:pPr>
      <w:r w:rsidRPr="003E3843">
        <w:rPr>
          <w:rFonts w:ascii="標楷體" w:eastAsia="標楷體" w:hAnsi="標楷體" w:cs="標楷體"/>
          <w:lang w:eastAsia="zh-TW"/>
        </w:rPr>
        <w:t>7. 評選作業</w:t>
      </w:r>
    </w:p>
    <w:p w14:paraId="09CE79FC" w14:textId="77777777" w:rsidR="008F2D62" w:rsidRPr="002125BD" w:rsidRDefault="00642E33" w:rsidP="004C0315">
      <w:pPr>
        <w:spacing w:line="312" w:lineRule="auto"/>
        <w:rPr>
          <w:rFonts w:ascii="標楷體" w:eastAsia="標楷體" w:hAnsi="標楷體" w:cs="標楷體"/>
          <w:sz w:val="24"/>
          <w:szCs w:val="24"/>
          <w:lang w:eastAsia="zh-TW"/>
        </w:rPr>
      </w:pPr>
      <w:r w:rsidRPr="002125BD">
        <w:rPr>
          <w:rFonts w:ascii="標楷體" w:eastAsia="標楷體" w:hAnsi="標楷體" w:cs="標楷體"/>
          <w:sz w:val="24"/>
          <w:szCs w:val="24"/>
          <w:lang w:eastAsia="zh-TW"/>
        </w:rPr>
        <w:t>評選作業分為資格審查、初選評審及決選評審三階段。</w:t>
      </w:r>
    </w:p>
    <w:tbl>
      <w:tblPr>
        <w:tblStyle w:val="aff2"/>
        <w:tblW w:w="5000" w:type="pct"/>
        <w:jc w:val="center"/>
        <w:tblLook w:val="04A0" w:firstRow="1" w:lastRow="0" w:firstColumn="1" w:lastColumn="0" w:noHBand="0" w:noVBand="1"/>
      </w:tblPr>
      <w:tblGrid>
        <w:gridCol w:w="2836"/>
        <w:gridCol w:w="2052"/>
        <w:gridCol w:w="5072"/>
      </w:tblGrid>
      <w:tr w:rsidR="008F2D62" w:rsidRPr="002125BD" w14:paraId="364CBC6B" w14:textId="77777777" w:rsidTr="002125BD">
        <w:trPr>
          <w:tblHeader/>
          <w:jc w:val="center"/>
        </w:trPr>
        <w:tc>
          <w:tcPr>
            <w:tcW w:w="1424" w:type="pct"/>
            <w:tcBorders>
              <w:top w:val="single" w:sz="5" w:space="0" w:color="B7C9DD"/>
              <w:left w:val="single" w:sz="5" w:space="0" w:color="B7C9DD"/>
              <w:bottom w:val="single" w:sz="5" w:space="0" w:color="B7C9DD"/>
              <w:right w:val="single" w:sz="5" w:space="0" w:color="B7C9DD"/>
            </w:tcBorders>
            <w:shd w:val="clear" w:color="auto" w:fill="1F4E7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12A7995" w14:textId="77777777" w:rsidR="008F2D62" w:rsidRPr="002125BD" w:rsidRDefault="00642E33" w:rsidP="004C0315">
            <w:pPr>
              <w:spacing w:after="0" w:line="276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2125BD">
              <w:rPr>
                <w:rFonts w:ascii="標楷體" w:eastAsia="標楷體" w:hAnsi="標楷體" w:cs="標楷體"/>
                <w:b/>
                <w:color w:val="FFFFFF"/>
                <w:sz w:val="24"/>
                <w:szCs w:val="24"/>
              </w:rPr>
              <w:t>評審面向</w:t>
            </w:r>
            <w:proofErr w:type="spellEnd"/>
          </w:p>
        </w:tc>
        <w:tc>
          <w:tcPr>
            <w:tcW w:w="1030" w:type="pct"/>
            <w:tcBorders>
              <w:top w:val="single" w:sz="5" w:space="0" w:color="B7C9DD"/>
              <w:left w:val="single" w:sz="5" w:space="0" w:color="B7C9DD"/>
              <w:bottom w:val="single" w:sz="5" w:space="0" w:color="B7C9DD"/>
              <w:right w:val="single" w:sz="5" w:space="0" w:color="B7C9DD"/>
            </w:tcBorders>
            <w:shd w:val="clear" w:color="auto" w:fill="1F4E7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5873C71" w14:textId="77777777" w:rsidR="008F2D62" w:rsidRPr="002125BD" w:rsidRDefault="00642E33" w:rsidP="004C0315">
            <w:pPr>
              <w:spacing w:after="0" w:line="276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2125BD">
              <w:rPr>
                <w:rFonts w:ascii="標楷體" w:eastAsia="標楷體" w:hAnsi="標楷體" w:cs="標楷體"/>
                <w:b/>
                <w:color w:val="FFFFFF"/>
                <w:sz w:val="24"/>
                <w:szCs w:val="24"/>
              </w:rPr>
              <w:t>中文</w:t>
            </w:r>
            <w:proofErr w:type="spellEnd"/>
          </w:p>
        </w:tc>
        <w:tc>
          <w:tcPr>
            <w:tcW w:w="2545" w:type="pct"/>
            <w:tcBorders>
              <w:top w:val="single" w:sz="5" w:space="0" w:color="B7C9DD"/>
              <w:left w:val="single" w:sz="5" w:space="0" w:color="B7C9DD"/>
              <w:bottom w:val="single" w:sz="5" w:space="0" w:color="B7C9DD"/>
              <w:right w:val="single" w:sz="5" w:space="0" w:color="B7C9DD"/>
            </w:tcBorders>
            <w:shd w:val="clear" w:color="auto" w:fill="1F4E7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026A9CC" w14:textId="77777777" w:rsidR="008F2D62" w:rsidRPr="002125BD" w:rsidRDefault="00642E33" w:rsidP="004C0315">
            <w:pPr>
              <w:spacing w:after="0" w:line="276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2125BD">
              <w:rPr>
                <w:rFonts w:ascii="標楷體" w:eastAsia="標楷體" w:hAnsi="標楷體" w:cs="標楷體"/>
                <w:b/>
                <w:color w:val="FFFFFF"/>
                <w:sz w:val="24"/>
                <w:szCs w:val="24"/>
              </w:rPr>
              <w:t>判斷重點</w:t>
            </w:r>
            <w:proofErr w:type="spellEnd"/>
          </w:p>
        </w:tc>
      </w:tr>
      <w:tr w:rsidR="008F2D62" w:rsidRPr="002125BD" w14:paraId="24D626FB" w14:textId="77777777" w:rsidTr="002125BD">
        <w:trPr>
          <w:jc w:val="center"/>
        </w:trPr>
        <w:tc>
          <w:tcPr>
            <w:tcW w:w="1424" w:type="pct"/>
            <w:tcBorders>
              <w:top w:val="single" w:sz="5" w:space="0" w:color="B7C9DD"/>
              <w:left w:val="single" w:sz="5" w:space="0" w:color="B7C9DD"/>
              <w:bottom w:val="single" w:sz="5" w:space="0" w:color="B7C9DD"/>
              <w:right w:val="single" w:sz="5" w:space="0" w:color="B7C9D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8E52F63" w14:textId="77777777" w:rsidR="008F2D62" w:rsidRPr="002125BD" w:rsidRDefault="00642E33" w:rsidP="004C0315">
            <w:pPr>
              <w:spacing w:after="0" w:line="276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2125BD">
              <w:rPr>
                <w:rFonts w:ascii="標楷體" w:eastAsia="標楷體" w:hAnsi="標楷體" w:cs="標楷體"/>
                <w:sz w:val="24"/>
                <w:szCs w:val="24"/>
              </w:rPr>
              <w:t>Problem / Context</w:t>
            </w:r>
          </w:p>
        </w:tc>
        <w:tc>
          <w:tcPr>
            <w:tcW w:w="1030" w:type="pct"/>
            <w:tcBorders>
              <w:top w:val="single" w:sz="5" w:space="0" w:color="B7C9DD"/>
              <w:left w:val="single" w:sz="5" w:space="0" w:color="B7C9DD"/>
              <w:bottom w:val="single" w:sz="5" w:space="0" w:color="B7C9DD"/>
              <w:right w:val="single" w:sz="5" w:space="0" w:color="B7C9D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B57ACA0" w14:textId="77777777" w:rsidR="008F2D62" w:rsidRPr="002125BD" w:rsidRDefault="00642E33" w:rsidP="004C0315">
            <w:pPr>
              <w:spacing w:after="0" w:line="276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2125BD">
              <w:rPr>
                <w:rFonts w:ascii="標楷體" w:eastAsia="標楷體" w:hAnsi="標楷體" w:cs="標楷體"/>
                <w:sz w:val="24"/>
                <w:szCs w:val="24"/>
              </w:rPr>
              <w:t>問題與情境</w:t>
            </w:r>
            <w:proofErr w:type="spellEnd"/>
          </w:p>
        </w:tc>
        <w:tc>
          <w:tcPr>
            <w:tcW w:w="2545" w:type="pct"/>
            <w:tcBorders>
              <w:top w:val="single" w:sz="5" w:space="0" w:color="B7C9DD"/>
              <w:left w:val="single" w:sz="5" w:space="0" w:color="B7C9DD"/>
              <w:bottom w:val="single" w:sz="5" w:space="0" w:color="B7C9DD"/>
              <w:right w:val="single" w:sz="5" w:space="0" w:color="B7C9D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D8650C9" w14:textId="77777777" w:rsidR="008F2D62" w:rsidRPr="002125BD" w:rsidRDefault="00642E33" w:rsidP="004C0315">
            <w:pPr>
              <w:spacing w:after="0" w:line="276" w:lineRule="auto"/>
              <w:jc w:val="lef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2125BD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是否回應真實需求或清楚的未來情境</w:t>
            </w:r>
          </w:p>
        </w:tc>
      </w:tr>
      <w:tr w:rsidR="008F2D62" w:rsidRPr="002125BD" w14:paraId="660090D8" w14:textId="77777777" w:rsidTr="002125BD">
        <w:trPr>
          <w:jc w:val="center"/>
        </w:trPr>
        <w:tc>
          <w:tcPr>
            <w:tcW w:w="1424" w:type="pct"/>
            <w:tcBorders>
              <w:top w:val="single" w:sz="5" w:space="0" w:color="B7C9DD"/>
              <w:left w:val="single" w:sz="5" w:space="0" w:color="B7C9DD"/>
              <w:bottom w:val="single" w:sz="5" w:space="0" w:color="B7C9DD"/>
              <w:right w:val="single" w:sz="5" w:space="0" w:color="B7C9DD"/>
            </w:tcBorders>
            <w:shd w:val="clear" w:color="auto" w:fill="F3F6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6A23DAE" w14:textId="77777777" w:rsidR="008F2D62" w:rsidRPr="002125BD" w:rsidRDefault="00642E33" w:rsidP="004C0315">
            <w:pPr>
              <w:spacing w:after="0" w:line="276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2125BD">
              <w:rPr>
                <w:rFonts w:ascii="標楷體" w:eastAsia="標楷體" w:hAnsi="標楷體" w:cs="標楷體"/>
                <w:sz w:val="24"/>
                <w:szCs w:val="24"/>
              </w:rPr>
              <w:t>Human Factors Insight</w:t>
            </w:r>
          </w:p>
        </w:tc>
        <w:tc>
          <w:tcPr>
            <w:tcW w:w="1030" w:type="pct"/>
            <w:tcBorders>
              <w:top w:val="single" w:sz="5" w:space="0" w:color="B7C9DD"/>
              <w:left w:val="single" w:sz="5" w:space="0" w:color="B7C9DD"/>
              <w:bottom w:val="single" w:sz="5" w:space="0" w:color="B7C9DD"/>
              <w:right w:val="single" w:sz="5" w:space="0" w:color="B7C9DD"/>
            </w:tcBorders>
            <w:shd w:val="clear" w:color="auto" w:fill="F3F6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9251586" w14:textId="77777777" w:rsidR="008F2D62" w:rsidRPr="002125BD" w:rsidRDefault="00642E33" w:rsidP="004C0315">
            <w:pPr>
              <w:spacing w:after="0" w:line="276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2125BD">
              <w:rPr>
                <w:rFonts w:ascii="標楷體" w:eastAsia="標楷體" w:hAnsi="標楷體" w:cs="標楷體"/>
                <w:sz w:val="24"/>
                <w:szCs w:val="24"/>
              </w:rPr>
              <w:t>人因觀點</w:t>
            </w:r>
            <w:proofErr w:type="spellEnd"/>
          </w:p>
        </w:tc>
        <w:tc>
          <w:tcPr>
            <w:tcW w:w="2545" w:type="pct"/>
            <w:tcBorders>
              <w:top w:val="single" w:sz="5" w:space="0" w:color="B7C9DD"/>
              <w:left w:val="single" w:sz="5" w:space="0" w:color="B7C9DD"/>
              <w:bottom w:val="single" w:sz="5" w:space="0" w:color="B7C9DD"/>
              <w:right w:val="single" w:sz="5" w:space="0" w:color="B7C9DD"/>
            </w:tcBorders>
            <w:shd w:val="clear" w:color="auto" w:fill="F3F6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EB7A34C" w14:textId="77777777" w:rsidR="008F2D62" w:rsidRPr="002125BD" w:rsidRDefault="00642E33" w:rsidP="004C0315">
            <w:pPr>
              <w:spacing w:after="0" w:line="276" w:lineRule="auto"/>
              <w:jc w:val="lef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2125BD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是否理解人的需求、能力、限制、行為與經驗</w:t>
            </w:r>
          </w:p>
        </w:tc>
      </w:tr>
      <w:tr w:rsidR="008F2D62" w:rsidRPr="002125BD" w14:paraId="758C7E6E" w14:textId="77777777" w:rsidTr="002125BD">
        <w:trPr>
          <w:jc w:val="center"/>
        </w:trPr>
        <w:tc>
          <w:tcPr>
            <w:tcW w:w="1424" w:type="pct"/>
            <w:tcBorders>
              <w:top w:val="single" w:sz="5" w:space="0" w:color="B7C9DD"/>
              <w:left w:val="single" w:sz="5" w:space="0" w:color="B7C9DD"/>
              <w:bottom w:val="single" w:sz="5" w:space="0" w:color="B7C9DD"/>
              <w:right w:val="single" w:sz="5" w:space="0" w:color="B7C9D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EC1A06F" w14:textId="77777777" w:rsidR="008F2D62" w:rsidRPr="002125BD" w:rsidRDefault="00642E33" w:rsidP="004C0315">
            <w:pPr>
              <w:spacing w:after="0" w:line="276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2125BD">
              <w:rPr>
                <w:rFonts w:ascii="標楷體" w:eastAsia="標楷體" w:hAnsi="標楷體" w:cs="標楷體"/>
                <w:sz w:val="24"/>
                <w:szCs w:val="24"/>
              </w:rPr>
              <w:t>Design Concept</w:t>
            </w:r>
          </w:p>
        </w:tc>
        <w:tc>
          <w:tcPr>
            <w:tcW w:w="1030" w:type="pct"/>
            <w:tcBorders>
              <w:top w:val="single" w:sz="5" w:space="0" w:color="B7C9DD"/>
              <w:left w:val="single" w:sz="5" w:space="0" w:color="B7C9DD"/>
              <w:bottom w:val="single" w:sz="5" w:space="0" w:color="B7C9DD"/>
              <w:right w:val="single" w:sz="5" w:space="0" w:color="B7C9D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534A6BB" w14:textId="77777777" w:rsidR="008F2D62" w:rsidRPr="002125BD" w:rsidRDefault="00642E33" w:rsidP="004C0315">
            <w:pPr>
              <w:spacing w:after="0" w:line="276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2125BD">
              <w:rPr>
                <w:rFonts w:ascii="標楷體" w:eastAsia="標楷體" w:hAnsi="標楷體" w:cs="標楷體"/>
                <w:sz w:val="24"/>
                <w:szCs w:val="24"/>
              </w:rPr>
              <w:t>設計完整度</w:t>
            </w:r>
            <w:proofErr w:type="spellEnd"/>
          </w:p>
        </w:tc>
        <w:tc>
          <w:tcPr>
            <w:tcW w:w="2545" w:type="pct"/>
            <w:tcBorders>
              <w:top w:val="single" w:sz="5" w:space="0" w:color="B7C9DD"/>
              <w:left w:val="single" w:sz="5" w:space="0" w:color="B7C9DD"/>
              <w:bottom w:val="single" w:sz="5" w:space="0" w:color="B7C9DD"/>
              <w:right w:val="single" w:sz="5" w:space="0" w:color="B7C9D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FED16B1" w14:textId="77777777" w:rsidR="008F2D62" w:rsidRPr="002125BD" w:rsidRDefault="00642E33" w:rsidP="004C0315">
            <w:pPr>
              <w:spacing w:after="0" w:line="276" w:lineRule="auto"/>
              <w:jc w:val="lef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2125BD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概念、流程、使用方式與應用情境是否清楚</w:t>
            </w:r>
          </w:p>
        </w:tc>
      </w:tr>
      <w:tr w:rsidR="008F2D62" w:rsidRPr="002125BD" w14:paraId="5F5EA804" w14:textId="77777777" w:rsidTr="002125BD">
        <w:trPr>
          <w:jc w:val="center"/>
        </w:trPr>
        <w:tc>
          <w:tcPr>
            <w:tcW w:w="1424" w:type="pct"/>
            <w:tcBorders>
              <w:top w:val="single" w:sz="5" w:space="0" w:color="B7C9DD"/>
              <w:left w:val="single" w:sz="5" w:space="0" w:color="B7C9DD"/>
              <w:bottom w:val="single" w:sz="5" w:space="0" w:color="B7C9DD"/>
              <w:right w:val="single" w:sz="5" w:space="0" w:color="B7C9DD"/>
            </w:tcBorders>
            <w:shd w:val="clear" w:color="auto" w:fill="F3F6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9DB4503" w14:textId="77777777" w:rsidR="008F2D62" w:rsidRPr="002125BD" w:rsidRDefault="00642E33" w:rsidP="004C0315">
            <w:pPr>
              <w:spacing w:after="0" w:line="276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2125BD">
              <w:rPr>
                <w:rFonts w:ascii="標楷體" w:eastAsia="標楷體" w:hAnsi="標楷體" w:cs="標楷體"/>
                <w:sz w:val="24"/>
                <w:szCs w:val="24"/>
              </w:rPr>
              <w:t>Innovation</w:t>
            </w:r>
          </w:p>
        </w:tc>
        <w:tc>
          <w:tcPr>
            <w:tcW w:w="1030" w:type="pct"/>
            <w:tcBorders>
              <w:top w:val="single" w:sz="5" w:space="0" w:color="B7C9DD"/>
              <w:left w:val="single" w:sz="5" w:space="0" w:color="B7C9DD"/>
              <w:bottom w:val="single" w:sz="5" w:space="0" w:color="B7C9DD"/>
              <w:right w:val="single" w:sz="5" w:space="0" w:color="B7C9DD"/>
            </w:tcBorders>
            <w:shd w:val="clear" w:color="auto" w:fill="F3F6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BF35217" w14:textId="77777777" w:rsidR="008F2D62" w:rsidRPr="002125BD" w:rsidRDefault="00642E33" w:rsidP="004C0315">
            <w:pPr>
              <w:spacing w:after="0" w:line="276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2125BD">
              <w:rPr>
                <w:rFonts w:ascii="標楷體" w:eastAsia="標楷體" w:hAnsi="標楷體" w:cs="標楷體"/>
                <w:sz w:val="24"/>
                <w:szCs w:val="24"/>
              </w:rPr>
              <w:t>創新性</w:t>
            </w:r>
            <w:proofErr w:type="spellEnd"/>
          </w:p>
        </w:tc>
        <w:tc>
          <w:tcPr>
            <w:tcW w:w="2545" w:type="pct"/>
            <w:tcBorders>
              <w:top w:val="single" w:sz="5" w:space="0" w:color="B7C9DD"/>
              <w:left w:val="single" w:sz="5" w:space="0" w:color="B7C9DD"/>
              <w:bottom w:val="single" w:sz="5" w:space="0" w:color="B7C9DD"/>
              <w:right w:val="single" w:sz="5" w:space="0" w:color="B7C9DD"/>
            </w:tcBorders>
            <w:shd w:val="clear" w:color="auto" w:fill="F3F6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0A11992" w14:textId="77777777" w:rsidR="008F2D62" w:rsidRPr="002125BD" w:rsidRDefault="00642E33" w:rsidP="004C0315">
            <w:pPr>
              <w:spacing w:after="0" w:line="276" w:lineRule="auto"/>
              <w:jc w:val="lef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2125BD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是否具有新穎性、差異化與設計價值</w:t>
            </w:r>
          </w:p>
        </w:tc>
      </w:tr>
      <w:tr w:rsidR="008F2D62" w:rsidRPr="002125BD" w14:paraId="60BFFC15" w14:textId="77777777" w:rsidTr="002125BD">
        <w:trPr>
          <w:jc w:val="center"/>
        </w:trPr>
        <w:tc>
          <w:tcPr>
            <w:tcW w:w="1424" w:type="pct"/>
            <w:tcBorders>
              <w:top w:val="single" w:sz="5" w:space="0" w:color="B7C9DD"/>
              <w:left w:val="single" w:sz="5" w:space="0" w:color="B7C9DD"/>
              <w:bottom w:val="single" w:sz="5" w:space="0" w:color="B7C9DD"/>
              <w:right w:val="single" w:sz="5" w:space="0" w:color="B7C9D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D608136" w14:textId="77777777" w:rsidR="008F2D62" w:rsidRPr="002125BD" w:rsidRDefault="00642E33" w:rsidP="004C0315">
            <w:pPr>
              <w:spacing w:after="0" w:line="276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2125BD">
              <w:rPr>
                <w:rFonts w:ascii="標楷體" w:eastAsia="標楷體" w:hAnsi="標楷體" w:cs="標楷體"/>
                <w:sz w:val="24"/>
                <w:szCs w:val="24"/>
              </w:rPr>
              <w:t>Outcome / Impact</w:t>
            </w:r>
          </w:p>
        </w:tc>
        <w:tc>
          <w:tcPr>
            <w:tcW w:w="1030" w:type="pct"/>
            <w:tcBorders>
              <w:top w:val="single" w:sz="5" w:space="0" w:color="B7C9DD"/>
              <w:left w:val="single" w:sz="5" w:space="0" w:color="B7C9DD"/>
              <w:bottom w:val="single" w:sz="5" w:space="0" w:color="B7C9DD"/>
              <w:right w:val="single" w:sz="5" w:space="0" w:color="B7C9D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A49D3B4" w14:textId="77777777" w:rsidR="008F2D62" w:rsidRPr="002125BD" w:rsidRDefault="00642E33" w:rsidP="004C0315">
            <w:pPr>
              <w:spacing w:after="0" w:line="276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2125BD">
              <w:rPr>
                <w:rFonts w:ascii="標楷體" w:eastAsia="標楷體" w:hAnsi="標楷體" w:cs="標楷體"/>
                <w:sz w:val="24"/>
                <w:szCs w:val="24"/>
              </w:rPr>
              <w:t>效益與影響</w:t>
            </w:r>
            <w:proofErr w:type="spellEnd"/>
          </w:p>
        </w:tc>
        <w:tc>
          <w:tcPr>
            <w:tcW w:w="2545" w:type="pct"/>
            <w:tcBorders>
              <w:top w:val="single" w:sz="5" w:space="0" w:color="B7C9DD"/>
              <w:left w:val="single" w:sz="5" w:space="0" w:color="B7C9DD"/>
              <w:bottom w:val="single" w:sz="5" w:space="0" w:color="B7C9DD"/>
              <w:right w:val="single" w:sz="5" w:space="0" w:color="B7C9D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D4B671F" w14:textId="77777777" w:rsidR="008F2D62" w:rsidRPr="002125BD" w:rsidRDefault="00642E33" w:rsidP="004C0315">
            <w:pPr>
              <w:spacing w:after="0" w:line="276" w:lineRule="auto"/>
              <w:jc w:val="lef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2125BD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是否能提升安全、友善、包容、信任或生活品質</w:t>
            </w:r>
          </w:p>
        </w:tc>
      </w:tr>
    </w:tbl>
    <w:p w14:paraId="24B06B53" w14:textId="52F39886" w:rsidR="003E3843" w:rsidRDefault="003E3843">
      <w:pPr>
        <w:spacing w:after="200" w:line="276" w:lineRule="auto"/>
        <w:jc w:val="left"/>
        <w:rPr>
          <w:rFonts w:ascii="標楷體" w:eastAsia="標楷體" w:hAnsi="標楷體" w:cs="標楷體"/>
          <w:b/>
          <w:bCs/>
          <w:color w:val="1F4E79"/>
          <w:sz w:val="28"/>
          <w:szCs w:val="28"/>
          <w:lang w:eastAsia="zh-TW"/>
        </w:rPr>
      </w:pPr>
    </w:p>
    <w:p w14:paraId="40369A14" w14:textId="358AB0E1" w:rsidR="008F2D62" w:rsidRPr="003E3843" w:rsidRDefault="00642E33" w:rsidP="004C0315">
      <w:pPr>
        <w:pStyle w:val="1"/>
        <w:pBdr>
          <w:bottom w:val="single" w:sz="10" w:space="3" w:color="2F75B5"/>
        </w:pBdr>
        <w:spacing w:before="160" w:after="80"/>
        <w:jc w:val="left"/>
        <w:rPr>
          <w:rFonts w:ascii="標楷體" w:eastAsia="標楷體" w:hAnsi="標楷體" w:cs="標楷體"/>
          <w:lang w:eastAsia="zh-TW"/>
        </w:rPr>
      </w:pPr>
      <w:r w:rsidRPr="003E3843">
        <w:rPr>
          <w:rFonts w:ascii="標楷體" w:eastAsia="標楷體" w:hAnsi="標楷體" w:cs="標楷體"/>
          <w:lang w:eastAsia="zh-TW"/>
        </w:rPr>
        <w:t>8. 報名費用</w:t>
      </w:r>
    </w:p>
    <w:p w14:paraId="09C1D30D" w14:textId="77777777" w:rsidR="00E46D8D" w:rsidRPr="002125BD" w:rsidRDefault="00642E33" w:rsidP="002B0BD1">
      <w:pPr>
        <w:pStyle w:val="a0"/>
        <w:spacing w:line="300" w:lineRule="auto"/>
        <w:rPr>
          <w:rFonts w:ascii="標楷體" w:eastAsia="標楷體" w:hAnsi="標楷體" w:cs="標楷體"/>
          <w:sz w:val="24"/>
          <w:szCs w:val="24"/>
          <w:lang w:eastAsia="zh-TW"/>
        </w:rPr>
      </w:pPr>
      <w:r w:rsidRPr="002125BD">
        <w:rPr>
          <w:rFonts w:ascii="標楷體" w:eastAsia="標楷體" w:hAnsi="標楷體" w:cs="標楷體"/>
          <w:sz w:val="24"/>
          <w:szCs w:val="24"/>
          <w:lang w:eastAsia="zh-TW"/>
        </w:rPr>
        <w:t>每件參賽作品須繳交</w:t>
      </w:r>
      <w:r w:rsidRPr="002125BD">
        <w:rPr>
          <w:rStyle w:val="affa"/>
          <w:rFonts w:ascii="標楷體" w:eastAsia="標楷體" w:hAnsi="標楷體" w:cs="標楷體"/>
          <w:color w:val="1F1F1F"/>
          <w:sz w:val="24"/>
          <w:szCs w:val="24"/>
          <w:lang w:eastAsia="zh-TW"/>
        </w:rPr>
        <w:t>報名工本費新臺幣 300 元</w:t>
      </w:r>
      <w:r w:rsidRPr="002125BD">
        <w:rPr>
          <w:rFonts w:ascii="標楷體" w:eastAsia="標楷體" w:hAnsi="標楷體" w:cs="標楷體"/>
          <w:sz w:val="24"/>
          <w:szCs w:val="24"/>
          <w:lang w:eastAsia="zh-TW"/>
        </w:rPr>
        <w:t>，由大會統一收費。完成繳費後，參賽者於報名表單上傳繳費證明即可，繳費證明得為收據、轉帳證明或其他足以證明完成繳費之資料。</w:t>
      </w:r>
    </w:p>
    <w:p w14:paraId="6BCA4EC5" w14:textId="77777777" w:rsidR="00E46D8D" w:rsidRPr="002125BD" w:rsidRDefault="00642E33" w:rsidP="002B0BD1">
      <w:pPr>
        <w:pStyle w:val="a0"/>
        <w:spacing w:line="300" w:lineRule="auto"/>
        <w:rPr>
          <w:rFonts w:ascii="標楷體" w:eastAsia="標楷體" w:hAnsi="標楷體" w:cs="標楷體"/>
          <w:sz w:val="24"/>
          <w:szCs w:val="24"/>
          <w:lang w:eastAsia="zh-TW"/>
        </w:rPr>
      </w:pPr>
      <w:r w:rsidRPr="002125BD">
        <w:rPr>
          <w:rFonts w:ascii="標楷體" w:eastAsia="標楷體" w:hAnsi="標楷體" w:cs="標楷體"/>
          <w:sz w:val="24"/>
          <w:szCs w:val="24"/>
          <w:lang w:eastAsia="zh-TW"/>
        </w:rPr>
        <w:t>參賽學生中任一人為中華民國人因工程學會有效學生會員者，得抵免該件作品之報名工本費新臺幣 300 元；申請抵免時，僅需於報名表單填寫學生會員編號，並上傳會員資格相關可資證明之畫面或資料即可。</w:t>
      </w:r>
    </w:p>
    <w:p w14:paraId="4B3CCC7C" w14:textId="77777777" w:rsidR="008F2D62" w:rsidRPr="002125BD" w:rsidRDefault="00642E33" w:rsidP="002B0BD1">
      <w:pPr>
        <w:pStyle w:val="a0"/>
        <w:spacing w:line="300" w:lineRule="auto"/>
        <w:rPr>
          <w:rFonts w:ascii="標楷體" w:eastAsia="標楷體" w:hAnsi="標楷體" w:cs="標楷體"/>
          <w:sz w:val="24"/>
          <w:szCs w:val="24"/>
          <w:lang w:eastAsia="zh-TW"/>
        </w:rPr>
      </w:pPr>
      <w:r w:rsidRPr="002125BD">
        <w:rPr>
          <w:rFonts w:ascii="標楷體" w:eastAsia="標楷體" w:hAnsi="標楷體" w:cs="標楷體"/>
          <w:sz w:val="24"/>
          <w:szCs w:val="24"/>
          <w:lang w:eastAsia="zh-TW"/>
        </w:rPr>
        <w:t>每一學生會員資格限抵免一件參賽作品，不得重複使用；同一學生會員如參與多件作品，僅得擇一件作品申請抵免。指導老師之會員資格不適用本項抵免。</w:t>
      </w:r>
    </w:p>
    <w:p w14:paraId="767D80B1" w14:textId="77777777" w:rsidR="008F2D62" w:rsidRPr="002125BD" w:rsidRDefault="00642E33" w:rsidP="002B0BD1">
      <w:pPr>
        <w:pStyle w:val="a0"/>
        <w:spacing w:line="300" w:lineRule="auto"/>
        <w:rPr>
          <w:rFonts w:ascii="標楷體" w:eastAsia="標楷體" w:hAnsi="標楷體" w:cs="標楷體"/>
          <w:sz w:val="24"/>
          <w:szCs w:val="24"/>
          <w:lang w:eastAsia="zh-TW"/>
        </w:rPr>
      </w:pPr>
      <w:r w:rsidRPr="002125BD">
        <w:rPr>
          <w:rFonts w:ascii="標楷體" w:eastAsia="標楷體" w:hAnsi="標楷體" w:cs="標楷體"/>
          <w:sz w:val="24"/>
          <w:szCs w:val="24"/>
          <w:lang w:eastAsia="zh-TW"/>
        </w:rPr>
        <w:t>入圍作品參加競賽決選（實體審查）者，每組須</w:t>
      </w:r>
      <w:r w:rsidRPr="002125BD">
        <w:rPr>
          <w:rStyle w:val="affa"/>
          <w:rFonts w:ascii="標楷體" w:eastAsia="標楷體" w:hAnsi="標楷體" w:cs="標楷體"/>
          <w:color w:val="1F1F1F"/>
          <w:sz w:val="24"/>
          <w:szCs w:val="24"/>
          <w:u w:val="none"/>
          <w:lang w:eastAsia="zh-TW"/>
        </w:rPr>
        <w:t>另繳交決選費新臺幣 1,000 元</w:t>
      </w:r>
      <w:r w:rsidRPr="002125BD">
        <w:rPr>
          <w:rFonts w:ascii="標楷體" w:eastAsia="標楷體" w:hAnsi="標楷體" w:cs="標楷體"/>
          <w:sz w:val="24"/>
          <w:szCs w:val="24"/>
          <w:lang w:eastAsia="zh-TW"/>
        </w:rPr>
        <w:t>。</w:t>
      </w:r>
    </w:p>
    <w:p w14:paraId="47BF09BA" w14:textId="77777777" w:rsidR="008F2D62" w:rsidRPr="002125BD" w:rsidRDefault="00642E33" w:rsidP="002B0BD1">
      <w:pPr>
        <w:pStyle w:val="a0"/>
        <w:spacing w:line="300" w:lineRule="auto"/>
        <w:rPr>
          <w:rFonts w:ascii="標楷體" w:eastAsia="標楷體" w:hAnsi="標楷體" w:cs="標楷體"/>
          <w:sz w:val="24"/>
          <w:szCs w:val="24"/>
          <w:lang w:eastAsia="zh-TW"/>
        </w:rPr>
      </w:pPr>
      <w:r w:rsidRPr="002125BD">
        <w:rPr>
          <w:rFonts w:ascii="標楷體" w:eastAsia="標楷體" w:hAnsi="標楷體" w:cs="標楷體"/>
          <w:sz w:val="24"/>
          <w:szCs w:val="24"/>
          <w:lang w:eastAsia="zh-TW"/>
        </w:rPr>
        <w:t>上述費用僅適用於學生專題設計競賽之報名及決選，不包含 EST 2027 年會註冊費或年會期間任何活動之參與費用；如欲參與研討會相關活動，應依年會相關規定另行辦理。</w:t>
      </w:r>
    </w:p>
    <w:p w14:paraId="7965E45A" w14:textId="5C4E5745" w:rsidR="000D5760" w:rsidRDefault="000D5760" w:rsidP="003E3843">
      <w:pPr>
        <w:spacing w:line="312" w:lineRule="auto"/>
        <w:rPr>
          <w:rFonts w:ascii="標楷體" w:eastAsia="標楷體" w:hAnsi="標楷體" w:cs="標楷體"/>
          <w:sz w:val="24"/>
          <w:szCs w:val="24"/>
          <w:lang w:eastAsia="zh-TW"/>
        </w:rPr>
      </w:pPr>
    </w:p>
    <w:p w14:paraId="0A8B8182" w14:textId="77777777" w:rsidR="002125BD" w:rsidRPr="002125BD" w:rsidRDefault="002125BD" w:rsidP="003E3843">
      <w:pPr>
        <w:spacing w:line="312" w:lineRule="auto"/>
        <w:rPr>
          <w:rFonts w:ascii="標楷體" w:eastAsia="標楷體" w:hAnsi="標楷體" w:cs="標楷體"/>
          <w:sz w:val="24"/>
          <w:szCs w:val="24"/>
          <w:lang w:eastAsia="zh-TW"/>
        </w:rPr>
      </w:pPr>
    </w:p>
    <w:p w14:paraId="70219CD6" w14:textId="238D6ECF" w:rsidR="007D2A47" w:rsidRPr="002125BD" w:rsidRDefault="007D2A47" w:rsidP="00507905">
      <w:pPr>
        <w:spacing w:line="312" w:lineRule="auto"/>
        <w:rPr>
          <w:rFonts w:ascii="標楷體" w:eastAsia="標楷體" w:hAnsi="標楷體" w:cs="標楷體" w:hint="eastAsia"/>
          <w:sz w:val="24"/>
          <w:szCs w:val="24"/>
          <w:lang w:eastAsia="zh-TW"/>
        </w:rPr>
      </w:pPr>
      <w:r w:rsidRPr="002125BD">
        <w:rPr>
          <w:rFonts w:ascii="標楷體" w:eastAsia="標楷體" w:hAnsi="標楷體" w:cs="標楷體" w:hint="eastAsia"/>
          <w:sz w:val="24"/>
          <w:szCs w:val="24"/>
          <w:lang w:eastAsia="zh-TW"/>
        </w:rPr>
        <w:lastRenderedPageBreak/>
        <w:t>報名工本費</w:t>
      </w:r>
      <w:r w:rsidRPr="002125BD">
        <w:rPr>
          <w:rFonts w:ascii="標楷體" w:eastAsia="標楷體" w:hAnsi="標楷體" w:cs="標楷體"/>
          <w:sz w:val="24"/>
          <w:szCs w:val="24"/>
          <w:lang w:eastAsia="zh-TW"/>
        </w:rPr>
        <w:t xml:space="preserve"> 300</w:t>
      </w:r>
      <w:r w:rsidRPr="002125BD">
        <w:rPr>
          <w:rFonts w:ascii="標楷體" w:eastAsia="標楷體" w:hAnsi="標楷體" w:cs="標楷體" w:hint="eastAsia"/>
          <w:sz w:val="24"/>
          <w:szCs w:val="24"/>
          <w:lang w:eastAsia="zh-TW"/>
        </w:rPr>
        <w:t>元 （期限：即日起－2</w:t>
      </w:r>
      <w:r w:rsidRPr="002125BD">
        <w:rPr>
          <w:rFonts w:ascii="標楷體" w:eastAsia="標楷體" w:hAnsi="標楷體" w:cs="標楷體"/>
          <w:sz w:val="24"/>
          <w:szCs w:val="24"/>
          <w:lang w:eastAsia="zh-TW"/>
        </w:rPr>
        <w:t>027/2/14</w:t>
      </w:r>
      <w:r w:rsidRPr="002125BD">
        <w:rPr>
          <w:rFonts w:ascii="標楷體" w:eastAsia="標楷體" w:hAnsi="標楷體" w:cs="標楷體" w:hint="eastAsia"/>
          <w:sz w:val="24"/>
          <w:szCs w:val="24"/>
          <w:lang w:eastAsia="zh-TW"/>
        </w:rPr>
        <w:t>）</w:t>
      </w:r>
    </w:p>
    <w:p w14:paraId="05DBE123" w14:textId="77777777" w:rsidR="00507905" w:rsidRDefault="00000000" w:rsidP="00507905">
      <w:pPr>
        <w:spacing w:after="120" w:line="312" w:lineRule="auto"/>
        <w:jc w:val="center"/>
        <w:rPr>
          <w:rStyle w:val="affa"/>
          <w:rFonts w:ascii="標楷體" w:eastAsia="標楷體" w:hAnsi="標楷體" w:cs="標楷體"/>
          <w:sz w:val="24"/>
          <w:szCs w:val="24"/>
        </w:rPr>
      </w:pPr>
      <w:hyperlink r:id="rId9" w:history="1">
        <w:r w:rsidR="007D2A47" w:rsidRPr="002125BD">
          <w:rPr>
            <w:rStyle w:val="affa"/>
            <w:rFonts w:ascii="標楷體" w:eastAsia="標楷體" w:hAnsi="標楷體" w:cs="標楷體"/>
            <w:sz w:val="24"/>
            <w:szCs w:val="24"/>
          </w:rPr>
          <w:t>https://core.newebpay.com/EPG/est/xxDvQ2</w:t>
        </w:r>
      </w:hyperlink>
    </w:p>
    <w:p w14:paraId="67D6F368" w14:textId="18FEE675" w:rsidR="007D2A47" w:rsidRPr="002125BD" w:rsidRDefault="00507905" w:rsidP="00507905">
      <w:pPr>
        <w:spacing w:after="120" w:line="312" w:lineRule="auto"/>
        <w:jc w:val="center"/>
        <w:rPr>
          <w:rFonts w:ascii="標楷體" w:eastAsia="標楷體" w:hAnsi="標楷體" w:cs="標楷體"/>
          <w:sz w:val="24"/>
          <w:szCs w:val="24"/>
          <w:lang w:eastAsia="zh-TW"/>
        </w:rPr>
      </w:pPr>
      <w:r w:rsidRPr="002125BD">
        <w:rPr>
          <w:rFonts w:ascii="標楷體" w:eastAsia="標楷體" w:hAnsi="標楷體" w:cs="標楷體"/>
          <w:noProof/>
          <w:sz w:val="24"/>
          <w:szCs w:val="24"/>
        </w:rPr>
        <w:drawing>
          <wp:inline distT="0" distB="0" distL="0" distR="0" wp14:anchorId="23112D42" wp14:editId="65020176">
            <wp:extent cx="1016000" cy="1016000"/>
            <wp:effectExtent l="0" t="0" r="0" b="0"/>
            <wp:docPr id="1810543854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000" cy="101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4DF865" w14:textId="3554EFF5" w:rsidR="00507905" w:rsidRPr="002125BD" w:rsidRDefault="007D2A47" w:rsidP="00507905">
      <w:pPr>
        <w:spacing w:line="312" w:lineRule="auto"/>
        <w:rPr>
          <w:rFonts w:ascii="標楷體" w:eastAsia="標楷體" w:hAnsi="標楷體" w:cs="標楷體"/>
          <w:sz w:val="24"/>
          <w:szCs w:val="24"/>
        </w:rPr>
      </w:pPr>
      <w:proofErr w:type="spellStart"/>
      <w:r w:rsidRPr="002125BD">
        <w:rPr>
          <w:rFonts w:ascii="標楷體" w:eastAsia="標楷體" w:hAnsi="標楷體" w:cs="標楷體" w:hint="eastAsia"/>
          <w:sz w:val="24"/>
          <w:szCs w:val="24"/>
        </w:rPr>
        <w:t>決選費</w:t>
      </w:r>
      <w:proofErr w:type="spellEnd"/>
      <w:r w:rsidRPr="002125BD">
        <w:rPr>
          <w:rFonts w:ascii="標楷體" w:eastAsia="標楷體" w:hAnsi="標楷體" w:cs="標楷體" w:hint="eastAsia"/>
          <w:sz w:val="24"/>
          <w:szCs w:val="24"/>
        </w:rPr>
        <w:t xml:space="preserve"> </w:t>
      </w:r>
      <w:r w:rsidRPr="002125BD">
        <w:rPr>
          <w:rFonts w:ascii="標楷體" w:eastAsia="標楷體" w:hAnsi="標楷體" w:cs="標楷體"/>
          <w:sz w:val="24"/>
          <w:szCs w:val="24"/>
        </w:rPr>
        <w:t>1000</w:t>
      </w:r>
      <w:r w:rsidRPr="002125BD">
        <w:rPr>
          <w:rFonts w:ascii="標楷體" w:eastAsia="標楷體" w:hAnsi="標楷體" w:cs="標楷體" w:hint="eastAsia"/>
          <w:sz w:val="24"/>
          <w:szCs w:val="24"/>
        </w:rPr>
        <w:t>元 （期限：</w:t>
      </w:r>
      <w:r w:rsidRPr="002125BD">
        <w:rPr>
          <w:rFonts w:ascii="標楷體" w:eastAsia="標楷體" w:hAnsi="標楷體" w:cs="標楷體"/>
          <w:sz w:val="24"/>
          <w:szCs w:val="24"/>
        </w:rPr>
        <w:t>2027/3/1-2027/3/9</w:t>
      </w:r>
      <w:r w:rsidRPr="002125BD">
        <w:rPr>
          <w:rFonts w:ascii="標楷體" w:eastAsia="標楷體" w:hAnsi="標楷體" w:cs="標楷體" w:hint="eastAsia"/>
          <w:sz w:val="24"/>
          <w:szCs w:val="24"/>
        </w:rPr>
        <w:t>）</w:t>
      </w:r>
    </w:p>
    <w:p w14:paraId="4206FECA" w14:textId="77777777" w:rsidR="00507905" w:rsidRDefault="00000000" w:rsidP="00507905">
      <w:pPr>
        <w:spacing w:after="120" w:line="312" w:lineRule="auto"/>
        <w:jc w:val="center"/>
        <w:rPr>
          <w:rStyle w:val="affa"/>
          <w:rFonts w:ascii="標楷體" w:eastAsia="標楷體" w:hAnsi="標楷體" w:cs="標楷體"/>
          <w:sz w:val="24"/>
          <w:szCs w:val="24"/>
        </w:rPr>
      </w:pPr>
      <w:r>
        <w:fldChar w:fldCharType="begin"/>
      </w:r>
      <w:r>
        <w:instrText>HYPERLINK "https://core.newebpay.com/EPG/est/yq1YD3"</w:instrText>
      </w:r>
      <w:r>
        <w:fldChar w:fldCharType="separate"/>
      </w:r>
      <w:r w:rsidR="007D2A47" w:rsidRPr="002125BD">
        <w:rPr>
          <w:rStyle w:val="affa"/>
          <w:rFonts w:ascii="標楷體" w:eastAsia="標楷體" w:hAnsi="標楷體" w:cs="標楷體"/>
          <w:sz w:val="24"/>
          <w:szCs w:val="24"/>
        </w:rPr>
        <w:t>https://core.newebpay.com/EPG/est/yq1YD3</w:t>
      </w:r>
      <w:r>
        <w:rPr>
          <w:rStyle w:val="affa"/>
          <w:rFonts w:ascii="標楷體" w:eastAsia="標楷體" w:hAnsi="標楷體" w:cs="標楷體"/>
          <w:sz w:val="24"/>
          <w:szCs w:val="24"/>
        </w:rPr>
        <w:fldChar w:fldCharType="end"/>
      </w:r>
    </w:p>
    <w:p w14:paraId="341E4CDC" w14:textId="216965F9" w:rsidR="007D2A47" w:rsidRPr="002125BD" w:rsidRDefault="00507905" w:rsidP="00507905">
      <w:pPr>
        <w:spacing w:after="120" w:line="312" w:lineRule="auto"/>
        <w:jc w:val="center"/>
        <w:rPr>
          <w:rFonts w:ascii="標楷體" w:eastAsia="標楷體" w:hAnsi="標楷體" w:cs="標楷體"/>
          <w:sz w:val="24"/>
          <w:szCs w:val="24"/>
        </w:rPr>
      </w:pPr>
      <w:r w:rsidRPr="002125BD">
        <w:rPr>
          <w:rFonts w:ascii="標楷體" w:eastAsia="標楷體" w:hAnsi="標楷體" w:cs="標楷體"/>
          <w:noProof/>
          <w:sz w:val="24"/>
          <w:szCs w:val="24"/>
        </w:rPr>
        <w:drawing>
          <wp:inline distT="0" distB="0" distL="0" distR="0" wp14:anchorId="4C2F7C8B" wp14:editId="54C9BCCF">
            <wp:extent cx="1016000" cy="1016000"/>
            <wp:effectExtent l="0" t="0" r="0" b="0"/>
            <wp:docPr id="368573484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000" cy="101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012DF8" w14:textId="0083E627" w:rsidR="003E3843" w:rsidRDefault="003E3843">
      <w:pPr>
        <w:spacing w:after="200" w:line="276" w:lineRule="auto"/>
        <w:jc w:val="left"/>
        <w:rPr>
          <w:rFonts w:ascii="標楷體" w:eastAsia="標楷體" w:hAnsi="標楷體" w:cs="標楷體"/>
          <w:b/>
          <w:bCs/>
          <w:color w:val="1F4E79"/>
          <w:sz w:val="28"/>
          <w:szCs w:val="28"/>
        </w:rPr>
      </w:pPr>
    </w:p>
    <w:p w14:paraId="0977721C" w14:textId="3555A9B7" w:rsidR="008F2D62" w:rsidRPr="003E3843" w:rsidRDefault="00642E33" w:rsidP="004C0315">
      <w:pPr>
        <w:pStyle w:val="1"/>
        <w:pBdr>
          <w:bottom w:val="single" w:sz="10" w:space="3" w:color="2F75B5"/>
        </w:pBdr>
        <w:spacing w:before="160" w:after="80"/>
        <w:jc w:val="left"/>
        <w:rPr>
          <w:rFonts w:ascii="標楷體" w:eastAsia="標楷體" w:hAnsi="標楷體" w:cs="標楷體"/>
        </w:rPr>
      </w:pPr>
      <w:r w:rsidRPr="003E3843">
        <w:rPr>
          <w:rFonts w:ascii="標楷體" w:eastAsia="標楷體" w:hAnsi="標楷體" w:cs="標楷體"/>
        </w:rPr>
        <w:t xml:space="preserve">9. </w:t>
      </w:r>
      <w:proofErr w:type="spellStart"/>
      <w:r w:rsidRPr="003E3843">
        <w:rPr>
          <w:rFonts w:ascii="標楷體" w:eastAsia="標楷體" w:hAnsi="標楷體" w:cs="標楷體"/>
        </w:rPr>
        <w:t>獎項</w:t>
      </w:r>
      <w:proofErr w:type="spellEnd"/>
    </w:p>
    <w:p w14:paraId="46615C03" w14:textId="77777777" w:rsidR="008F2D62" w:rsidRPr="002125BD" w:rsidRDefault="00642E33" w:rsidP="004C0315">
      <w:pPr>
        <w:pStyle w:val="a0"/>
        <w:spacing w:line="300" w:lineRule="auto"/>
        <w:rPr>
          <w:rFonts w:ascii="標楷體" w:eastAsia="標楷體" w:hAnsi="標楷體" w:cs="標楷體"/>
          <w:sz w:val="24"/>
          <w:szCs w:val="24"/>
          <w:lang w:eastAsia="zh-TW"/>
        </w:rPr>
      </w:pPr>
      <w:r w:rsidRPr="002125BD">
        <w:rPr>
          <w:rFonts w:ascii="標楷體" w:eastAsia="標楷體" w:hAnsi="標楷體" w:cs="標楷體"/>
          <w:sz w:val="24"/>
          <w:szCs w:val="24"/>
          <w:lang w:eastAsia="zh-TW"/>
        </w:rPr>
        <w:t>GOLD｜金獎：獎金新臺幣</w:t>
      </w:r>
      <w:r w:rsidRPr="002125BD">
        <w:rPr>
          <w:rStyle w:val="affa"/>
          <w:rFonts w:ascii="標楷體" w:eastAsia="標楷體" w:hAnsi="標楷體" w:cs="標楷體"/>
          <w:color w:val="1F1F1F"/>
          <w:sz w:val="24"/>
          <w:szCs w:val="24"/>
          <w:u w:val="none"/>
          <w:lang w:eastAsia="zh-TW"/>
        </w:rPr>
        <w:t xml:space="preserve"> 10,000 </w:t>
      </w:r>
      <w:r w:rsidRPr="002125BD">
        <w:rPr>
          <w:rFonts w:ascii="標楷體" w:eastAsia="標楷體" w:hAnsi="標楷體" w:cs="標楷體"/>
          <w:sz w:val="24"/>
          <w:szCs w:val="24"/>
          <w:lang w:eastAsia="zh-TW"/>
        </w:rPr>
        <w:t>元，獎牌及獎狀乙紙。</w:t>
      </w:r>
    </w:p>
    <w:p w14:paraId="2013AFA4" w14:textId="77777777" w:rsidR="008F2D62" w:rsidRPr="002125BD" w:rsidRDefault="00642E33" w:rsidP="004C0315">
      <w:pPr>
        <w:pStyle w:val="a0"/>
        <w:spacing w:line="300" w:lineRule="auto"/>
        <w:rPr>
          <w:rFonts w:ascii="標楷體" w:eastAsia="標楷體" w:hAnsi="標楷體" w:cs="標楷體"/>
          <w:sz w:val="24"/>
          <w:szCs w:val="24"/>
          <w:lang w:eastAsia="zh-TW"/>
        </w:rPr>
      </w:pPr>
      <w:r w:rsidRPr="002125BD">
        <w:rPr>
          <w:rFonts w:ascii="標楷體" w:eastAsia="標楷體" w:hAnsi="標楷體" w:cs="標楷體"/>
          <w:sz w:val="24"/>
          <w:szCs w:val="24"/>
          <w:lang w:eastAsia="zh-TW"/>
        </w:rPr>
        <w:t xml:space="preserve">SILVER｜銀獎：獎金新臺幣 </w:t>
      </w:r>
      <w:r w:rsidRPr="002125BD">
        <w:rPr>
          <w:rStyle w:val="affa"/>
          <w:rFonts w:ascii="標楷體" w:eastAsia="標楷體" w:hAnsi="標楷體" w:cs="標楷體"/>
          <w:color w:val="1F1F1F"/>
          <w:sz w:val="24"/>
          <w:szCs w:val="24"/>
          <w:u w:val="none"/>
          <w:lang w:eastAsia="zh-TW"/>
        </w:rPr>
        <w:t>8,000</w:t>
      </w:r>
      <w:r w:rsidRPr="002125BD">
        <w:rPr>
          <w:rFonts w:ascii="標楷體" w:eastAsia="標楷體" w:hAnsi="標楷體" w:cs="標楷體"/>
          <w:sz w:val="24"/>
          <w:szCs w:val="24"/>
          <w:lang w:eastAsia="zh-TW"/>
        </w:rPr>
        <w:t xml:space="preserve"> 元，獎牌及獎狀乙紙。</w:t>
      </w:r>
    </w:p>
    <w:p w14:paraId="2E45E42C" w14:textId="77777777" w:rsidR="008F2D62" w:rsidRPr="002125BD" w:rsidRDefault="00642E33" w:rsidP="004C0315">
      <w:pPr>
        <w:pStyle w:val="a0"/>
        <w:spacing w:line="300" w:lineRule="auto"/>
        <w:rPr>
          <w:rFonts w:ascii="標楷體" w:eastAsia="標楷體" w:hAnsi="標楷體" w:cs="標楷體"/>
          <w:sz w:val="24"/>
          <w:szCs w:val="24"/>
          <w:lang w:eastAsia="zh-TW"/>
        </w:rPr>
      </w:pPr>
      <w:r w:rsidRPr="002125BD">
        <w:rPr>
          <w:rFonts w:ascii="標楷體" w:eastAsia="標楷體" w:hAnsi="標楷體" w:cs="標楷體"/>
          <w:sz w:val="24"/>
          <w:szCs w:val="24"/>
          <w:lang w:eastAsia="zh-TW"/>
        </w:rPr>
        <w:t>BRONZE｜銅獎：獎金新臺幣</w:t>
      </w:r>
      <w:r w:rsidRPr="002125BD">
        <w:rPr>
          <w:rStyle w:val="affa"/>
          <w:rFonts w:ascii="標楷體" w:eastAsia="標楷體" w:hAnsi="標楷體" w:cs="標楷體"/>
          <w:color w:val="1F1F1F"/>
          <w:sz w:val="24"/>
          <w:szCs w:val="24"/>
          <w:u w:val="none"/>
          <w:lang w:eastAsia="zh-TW"/>
        </w:rPr>
        <w:t xml:space="preserve"> 5,000</w:t>
      </w:r>
      <w:r w:rsidRPr="002125BD">
        <w:rPr>
          <w:rFonts w:ascii="標楷體" w:eastAsia="標楷體" w:hAnsi="標楷體" w:cs="標楷體"/>
          <w:sz w:val="24"/>
          <w:szCs w:val="24"/>
          <w:lang w:eastAsia="zh-TW"/>
        </w:rPr>
        <w:t xml:space="preserve"> 元，獎牌及獎狀乙紙。</w:t>
      </w:r>
    </w:p>
    <w:p w14:paraId="4A4F2B4C" w14:textId="77777777" w:rsidR="008F2D62" w:rsidRPr="002125BD" w:rsidRDefault="00D43FAC" w:rsidP="004C0315">
      <w:pPr>
        <w:pStyle w:val="a0"/>
        <w:spacing w:line="300" w:lineRule="auto"/>
        <w:rPr>
          <w:rFonts w:ascii="標楷體" w:eastAsia="標楷體" w:hAnsi="標楷體" w:cs="標楷體"/>
          <w:sz w:val="24"/>
          <w:szCs w:val="24"/>
          <w:lang w:eastAsia="zh-TW"/>
        </w:rPr>
      </w:pPr>
      <w:r w:rsidRPr="002125BD">
        <w:rPr>
          <w:rFonts w:ascii="標楷體" w:eastAsia="標楷體" w:hAnsi="標楷體" w:cs="標楷體" w:hint="eastAsia"/>
          <w:sz w:val="24"/>
          <w:szCs w:val="24"/>
          <w:lang w:eastAsia="zh-TW"/>
        </w:rPr>
        <w:t>得獎</w:t>
      </w:r>
      <w:r w:rsidR="00642E33" w:rsidRPr="002125BD">
        <w:rPr>
          <w:rFonts w:ascii="標楷體" w:eastAsia="標楷體" w:hAnsi="標楷體" w:cs="標楷體"/>
          <w:sz w:val="24"/>
          <w:szCs w:val="24"/>
          <w:lang w:eastAsia="zh-TW"/>
        </w:rPr>
        <w:t>作品將於 EST 2027 年會期間公開展示或發表。</w:t>
      </w:r>
    </w:p>
    <w:p w14:paraId="5A3CEF1B" w14:textId="77777777" w:rsidR="008F2D62" w:rsidRPr="002125BD" w:rsidRDefault="00642E33" w:rsidP="004C0315">
      <w:pPr>
        <w:pStyle w:val="a0"/>
        <w:spacing w:line="300" w:lineRule="auto"/>
        <w:rPr>
          <w:rFonts w:ascii="標楷體" w:eastAsia="標楷體" w:hAnsi="標楷體" w:cs="標楷體"/>
          <w:sz w:val="24"/>
          <w:szCs w:val="24"/>
          <w:lang w:eastAsia="zh-TW"/>
        </w:rPr>
      </w:pPr>
      <w:r w:rsidRPr="002125BD">
        <w:rPr>
          <w:rFonts w:ascii="標楷體" w:eastAsia="標楷體" w:hAnsi="標楷體" w:cs="標楷體"/>
          <w:sz w:val="24"/>
          <w:szCs w:val="24"/>
          <w:lang w:eastAsia="zh-TW"/>
        </w:rPr>
        <w:t>金、銀、銅獎之名額及從缺或並列之處理方式，以正式公告為準。</w:t>
      </w:r>
    </w:p>
    <w:p w14:paraId="6EADB93F" w14:textId="77777777" w:rsidR="008F2D62" w:rsidRPr="003E3843" w:rsidRDefault="00642E33" w:rsidP="004C0315">
      <w:pPr>
        <w:pStyle w:val="1"/>
        <w:pBdr>
          <w:bottom w:val="single" w:sz="10" w:space="3" w:color="2F75B5"/>
        </w:pBdr>
        <w:spacing w:before="160" w:after="80"/>
        <w:jc w:val="left"/>
        <w:rPr>
          <w:rFonts w:ascii="標楷體" w:eastAsia="標楷體" w:hAnsi="標楷體" w:cs="標楷體"/>
        </w:rPr>
      </w:pPr>
      <w:r w:rsidRPr="003E3843">
        <w:rPr>
          <w:rFonts w:ascii="標楷體" w:eastAsia="標楷體" w:hAnsi="標楷體" w:cs="標楷體"/>
        </w:rPr>
        <w:t xml:space="preserve">10. </w:t>
      </w:r>
      <w:proofErr w:type="spellStart"/>
      <w:r w:rsidRPr="003E3843">
        <w:rPr>
          <w:rFonts w:ascii="標楷體" w:eastAsia="標楷體" w:hAnsi="標楷體" w:cs="標楷體"/>
        </w:rPr>
        <w:t>注意事項</w:t>
      </w:r>
      <w:proofErr w:type="spellEnd"/>
    </w:p>
    <w:p w14:paraId="19A888F2" w14:textId="77777777" w:rsidR="00642E33" w:rsidRPr="002125BD" w:rsidRDefault="00642E33" w:rsidP="004C0315">
      <w:pPr>
        <w:pStyle w:val="a0"/>
        <w:spacing w:line="300" w:lineRule="auto"/>
        <w:rPr>
          <w:rFonts w:ascii="標楷體" w:eastAsia="標楷體" w:hAnsi="標楷體" w:cs="標楷體"/>
          <w:sz w:val="24"/>
          <w:szCs w:val="24"/>
          <w:lang w:eastAsia="zh-TW"/>
        </w:rPr>
      </w:pPr>
      <w:r w:rsidRPr="002125BD">
        <w:rPr>
          <w:rFonts w:ascii="標楷體" w:eastAsia="標楷體" w:hAnsi="標楷體" w:cs="標楷體"/>
          <w:sz w:val="24"/>
          <w:szCs w:val="24"/>
          <w:lang w:eastAsia="zh-TW"/>
        </w:rPr>
        <w:t>參賽作品之智慧財產權原則上歸屬參賽者所有。</w:t>
      </w:r>
    </w:p>
    <w:p w14:paraId="719A6455" w14:textId="77777777" w:rsidR="008F2D62" w:rsidRPr="002125BD" w:rsidRDefault="00642E33" w:rsidP="004C0315">
      <w:pPr>
        <w:pStyle w:val="a0"/>
        <w:spacing w:line="300" w:lineRule="auto"/>
        <w:rPr>
          <w:rFonts w:ascii="標楷體" w:eastAsia="標楷體" w:hAnsi="標楷體" w:cs="標楷體"/>
          <w:sz w:val="24"/>
          <w:szCs w:val="24"/>
          <w:lang w:eastAsia="zh-TW"/>
        </w:rPr>
      </w:pPr>
      <w:r w:rsidRPr="002125BD">
        <w:rPr>
          <w:rFonts w:ascii="標楷體" w:eastAsia="標楷體" w:hAnsi="標楷體" w:cs="標楷體"/>
          <w:sz w:val="24"/>
          <w:szCs w:val="24"/>
          <w:lang w:eastAsia="zh-TW"/>
        </w:rPr>
        <w:t>參賽者應確保所提供資料正確且完整；個人資訊依主辦單位相關規範使用。</w:t>
      </w:r>
    </w:p>
    <w:p w14:paraId="4B080877" w14:textId="77777777" w:rsidR="008F2D62" w:rsidRPr="002125BD" w:rsidRDefault="00642E33" w:rsidP="004C0315">
      <w:pPr>
        <w:pStyle w:val="a0"/>
        <w:spacing w:line="300" w:lineRule="auto"/>
        <w:rPr>
          <w:rFonts w:ascii="標楷體" w:eastAsia="標楷體" w:hAnsi="標楷體" w:cs="標楷體"/>
          <w:sz w:val="24"/>
          <w:szCs w:val="24"/>
          <w:lang w:eastAsia="zh-TW"/>
        </w:rPr>
      </w:pPr>
      <w:r w:rsidRPr="002125BD">
        <w:rPr>
          <w:rFonts w:ascii="標楷體" w:eastAsia="標楷體" w:hAnsi="標楷體" w:cs="標楷體"/>
          <w:sz w:val="24"/>
          <w:szCs w:val="24"/>
          <w:lang w:eastAsia="zh-TW"/>
        </w:rPr>
        <w:t>參賽者同意遵守主辦單位所訂競賽規則，並接受評審團之最終決定。</w:t>
      </w:r>
    </w:p>
    <w:p w14:paraId="0E39932D" w14:textId="77777777" w:rsidR="008F2D62" w:rsidRPr="002125BD" w:rsidRDefault="007754BD" w:rsidP="004C0315">
      <w:pPr>
        <w:pStyle w:val="a0"/>
        <w:spacing w:line="300" w:lineRule="auto"/>
        <w:rPr>
          <w:rFonts w:ascii="標楷體" w:eastAsia="標楷體" w:hAnsi="標楷體" w:cs="標楷體"/>
          <w:sz w:val="24"/>
          <w:szCs w:val="24"/>
          <w:lang w:eastAsia="zh-TW"/>
        </w:rPr>
      </w:pPr>
      <w:r w:rsidRPr="002125BD">
        <w:rPr>
          <w:rFonts w:ascii="標楷體" w:eastAsia="標楷體" w:hAnsi="標楷體" w:cs="標楷體" w:hint="eastAsia"/>
          <w:sz w:val="24"/>
          <w:szCs w:val="24"/>
          <w:lang w:eastAsia="zh-TW"/>
        </w:rPr>
        <w:t>獲獎及入圍作品應配合主辦單位提供必要之作品圖文、影像及相關資料，供競賽成果展示、年會展出及相關非營利推廣使用</w:t>
      </w:r>
      <w:r w:rsidR="00642E33" w:rsidRPr="002125BD">
        <w:rPr>
          <w:rFonts w:ascii="標楷體" w:eastAsia="標楷體" w:hAnsi="標楷體" w:cs="標楷體"/>
          <w:sz w:val="24"/>
          <w:szCs w:val="24"/>
          <w:lang w:eastAsia="zh-TW"/>
        </w:rPr>
        <w:t>；實際授權方式以正式文件為準。</w:t>
      </w:r>
    </w:p>
    <w:p w14:paraId="51CFE5EF" w14:textId="77777777" w:rsidR="008F2D62" w:rsidRPr="002125BD" w:rsidRDefault="00642E33" w:rsidP="004C0315">
      <w:pPr>
        <w:pStyle w:val="a0"/>
        <w:spacing w:line="300" w:lineRule="auto"/>
        <w:rPr>
          <w:rFonts w:ascii="標楷體" w:eastAsia="標楷體" w:hAnsi="標楷體" w:cs="標楷體"/>
          <w:sz w:val="24"/>
          <w:szCs w:val="24"/>
          <w:lang w:eastAsia="zh-TW"/>
        </w:rPr>
      </w:pPr>
      <w:r w:rsidRPr="002125BD">
        <w:rPr>
          <w:rFonts w:ascii="標楷體" w:eastAsia="標楷體" w:hAnsi="標楷體" w:cs="標楷體"/>
          <w:sz w:val="24"/>
          <w:szCs w:val="24"/>
          <w:lang w:eastAsia="zh-TW"/>
        </w:rPr>
        <w:t>作品如經檢舉或查證為非自行創作、冒用他人作品或有其他違規情事，主辦單位得取消其入圍或得獎資格，並追回已頒發之獎狀及獎金。</w:t>
      </w:r>
    </w:p>
    <w:p w14:paraId="0C1216CC" w14:textId="4FFE7A9E" w:rsidR="003E3843" w:rsidRPr="002125BD" w:rsidRDefault="00642E33" w:rsidP="00E04C54">
      <w:pPr>
        <w:pStyle w:val="a0"/>
        <w:spacing w:line="300" w:lineRule="auto"/>
        <w:rPr>
          <w:rFonts w:ascii="標楷體" w:eastAsia="標楷體" w:hAnsi="標楷體" w:cs="標楷體"/>
          <w:sz w:val="24"/>
          <w:szCs w:val="24"/>
          <w:lang w:eastAsia="zh-TW"/>
        </w:rPr>
      </w:pPr>
      <w:r w:rsidRPr="002125BD">
        <w:rPr>
          <w:rFonts w:ascii="標楷體" w:eastAsia="標楷體" w:hAnsi="標楷體" w:cs="標楷體"/>
          <w:sz w:val="24"/>
          <w:szCs w:val="24"/>
          <w:lang w:eastAsia="zh-TW"/>
        </w:rPr>
        <w:t>本簡章如有未盡事宜，</w:t>
      </w:r>
      <w:r w:rsidR="005F7555" w:rsidRPr="002125BD">
        <w:rPr>
          <w:rFonts w:ascii="標楷體" w:eastAsia="標楷體" w:hAnsi="標楷體" w:cs="標楷體" w:hint="eastAsia"/>
          <w:sz w:val="24"/>
          <w:szCs w:val="24"/>
          <w:lang w:eastAsia="zh-TW"/>
        </w:rPr>
        <w:t>含辦理日期，地點恐因時程</w:t>
      </w:r>
      <w:r w:rsidR="00EB29F4" w:rsidRPr="002125BD">
        <w:rPr>
          <w:rFonts w:ascii="標楷體" w:eastAsia="標楷體" w:hAnsi="標楷體" w:cs="標楷體" w:hint="eastAsia"/>
          <w:sz w:val="24"/>
          <w:szCs w:val="24"/>
          <w:lang w:eastAsia="zh-TW"/>
        </w:rPr>
        <w:t>，</w:t>
      </w:r>
      <w:r w:rsidR="005F7555" w:rsidRPr="002125BD">
        <w:rPr>
          <w:rFonts w:ascii="標楷體" w:eastAsia="標楷體" w:hAnsi="標楷體" w:cs="標楷體" w:hint="eastAsia"/>
          <w:sz w:val="24"/>
          <w:szCs w:val="24"/>
          <w:lang w:eastAsia="zh-TW"/>
        </w:rPr>
        <w:t>場地因素調整，</w:t>
      </w:r>
      <w:r w:rsidRPr="002125BD">
        <w:rPr>
          <w:rFonts w:ascii="標楷體" w:eastAsia="標楷體" w:hAnsi="標楷體" w:cs="標楷體"/>
          <w:sz w:val="24"/>
          <w:szCs w:val="24"/>
          <w:lang w:eastAsia="zh-TW"/>
        </w:rPr>
        <w:t>主辦單位得修正並公告之。</w:t>
      </w:r>
    </w:p>
    <w:p w14:paraId="6CBB2A4D" w14:textId="4E4ACAB4" w:rsidR="00D16F2D" w:rsidRPr="003E3843" w:rsidRDefault="003E3843" w:rsidP="003E3843">
      <w:pPr>
        <w:spacing w:after="200" w:line="276" w:lineRule="auto"/>
        <w:jc w:val="left"/>
        <w:rPr>
          <w:rFonts w:ascii="標楷體" w:eastAsia="標楷體" w:hAnsi="標楷體" w:cs="標楷體"/>
          <w:lang w:eastAsia="zh-TW"/>
        </w:rPr>
      </w:pPr>
      <w:r>
        <w:rPr>
          <w:rFonts w:ascii="標楷體" w:eastAsia="標楷體" w:hAnsi="標楷體" w:cs="標楷體"/>
          <w:lang w:eastAsia="zh-TW"/>
        </w:rPr>
        <w:br w:type="page"/>
      </w:r>
    </w:p>
    <w:p w14:paraId="4BA8F468" w14:textId="6C3017E8" w:rsidR="008F2D62" w:rsidRPr="003E3843" w:rsidRDefault="00642E33" w:rsidP="004C0315">
      <w:pPr>
        <w:pStyle w:val="1"/>
        <w:pBdr>
          <w:bottom w:val="single" w:sz="10" w:space="3" w:color="2F75B5"/>
        </w:pBdr>
        <w:spacing w:before="160" w:after="80"/>
        <w:jc w:val="left"/>
        <w:rPr>
          <w:rFonts w:ascii="標楷體" w:eastAsia="標楷體" w:hAnsi="標楷體" w:cs="標楷體"/>
          <w:lang w:eastAsia="zh-TW"/>
        </w:rPr>
      </w:pPr>
      <w:r w:rsidRPr="003E3843">
        <w:rPr>
          <w:rFonts w:ascii="標楷體" w:eastAsia="標楷體" w:hAnsi="標楷體" w:cs="標楷體"/>
          <w:lang w:eastAsia="zh-TW"/>
        </w:rPr>
        <w:lastRenderedPageBreak/>
        <w:t>11. 聯絡窗口</w:t>
      </w:r>
    </w:p>
    <w:p w14:paraId="2BB52335" w14:textId="77777777" w:rsidR="008F2D62" w:rsidRPr="002125BD" w:rsidRDefault="00642E33" w:rsidP="004C0315">
      <w:pPr>
        <w:spacing w:line="312" w:lineRule="auto"/>
        <w:rPr>
          <w:rFonts w:ascii="標楷體" w:eastAsia="標楷體" w:hAnsi="標楷體" w:cs="標楷體"/>
          <w:sz w:val="24"/>
          <w:szCs w:val="24"/>
          <w:lang w:eastAsia="zh-TW"/>
        </w:rPr>
      </w:pPr>
      <w:r w:rsidRPr="002125BD">
        <w:rPr>
          <w:rFonts w:ascii="標楷體" w:eastAsia="標楷體" w:hAnsi="標楷體" w:cs="標楷體"/>
          <w:sz w:val="24"/>
          <w:szCs w:val="24"/>
          <w:lang w:eastAsia="zh-TW"/>
        </w:rPr>
        <w:t>承辦單位：國立臺北科技大學工業設計系</w:t>
      </w:r>
    </w:p>
    <w:p w14:paraId="5F147188" w14:textId="6140006D" w:rsidR="008F2D62" w:rsidRPr="002125BD" w:rsidRDefault="00642E33" w:rsidP="004C0315">
      <w:pPr>
        <w:spacing w:line="312" w:lineRule="auto"/>
        <w:rPr>
          <w:rFonts w:ascii="標楷體" w:eastAsia="標楷體" w:hAnsi="標楷體" w:cs="標楷體"/>
          <w:sz w:val="24"/>
          <w:szCs w:val="24"/>
          <w:lang w:eastAsia="zh-TW"/>
        </w:rPr>
      </w:pPr>
      <w:r w:rsidRPr="002125BD">
        <w:rPr>
          <w:rFonts w:ascii="標楷體" w:eastAsia="標楷體" w:hAnsi="標楷體" w:cs="標楷體"/>
          <w:sz w:val="24"/>
          <w:szCs w:val="24"/>
          <w:lang w:eastAsia="zh-TW"/>
        </w:rPr>
        <w:t>聯絡</w:t>
      </w:r>
      <w:r w:rsidR="00571D1A" w:rsidRPr="002125BD">
        <w:rPr>
          <w:rFonts w:ascii="標楷體" w:eastAsia="標楷體" w:hAnsi="標楷體" w:cs="標楷體" w:hint="eastAsia"/>
          <w:sz w:val="24"/>
          <w:szCs w:val="24"/>
          <w:lang w:eastAsia="zh-TW"/>
        </w:rPr>
        <w:t>方式</w:t>
      </w:r>
      <w:r w:rsidRPr="002125BD">
        <w:rPr>
          <w:rFonts w:ascii="標楷體" w:eastAsia="標楷體" w:hAnsi="標楷體" w:cs="標楷體"/>
          <w:sz w:val="24"/>
          <w:szCs w:val="24"/>
          <w:lang w:eastAsia="zh-TW"/>
        </w:rPr>
        <w:t>：</w:t>
      </w:r>
      <w:r w:rsidR="00571D1A" w:rsidRPr="002125BD">
        <w:rPr>
          <w:rFonts w:ascii="標楷體" w:eastAsia="標楷體" w:hAnsi="標楷體" w:cs="標楷體" w:hint="eastAsia"/>
          <w:sz w:val="24"/>
          <w:szCs w:val="24"/>
          <w:lang w:eastAsia="zh-TW"/>
        </w:rPr>
        <w:t>請加入官方LINE連結群組詢問</w:t>
      </w:r>
      <w:r w:rsidR="0009776B" w:rsidRPr="002125BD">
        <w:rPr>
          <w:rFonts w:ascii="標楷體" w:eastAsia="標楷體" w:hAnsi="標楷體" w:cs="標楷體" w:hint="eastAsia"/>
          <w:sz w:val="24"/>
          <w:szCs w:val="24"/>
          <w:lang w:eastAsia="zh-TW"/>
        </w:rPr>
        <w:t>，以取得相關訊息:</w:t>
      </w:r>
    </w:p>
    <w:p w14:paraId="2B2C3180" w14:textId="77777777" w:rsidR="00507905" w:rsidRDefault="000D5760" w:rsidP="004C0315">
      <w:pPr>
        <w:spacing w:line="312" w:lineRule="auto"/>
        <w:rPr>
          <w:rFonts w:ascii="標楷體" w:eastAsia="標楷體" w:hAnsi="標楷體" w:cs="標楷體"/>
          <w:sz w:val="24"/>
          <w:szCs w:val="24"/>
          <w:lang w:eastAsia="zh-TW"/>
        </w:rPr>
      </w:pPr>
      <w:r w:rsidRPr="002125BD">
        <w:rPr>
          <w:rFonts w:ascii="標楷體" w:eastAsia="標楷體" w:hAnsi="標楷體" w:cs="標楷體" w:hint="eastAsia"/>
          <w:sz w:val="24"/>
          <w:szCs w:val="24"/>
          <w:lang w:eastAsia="zh-TW"/>
        </w:rPr>
        <w:t xml:space="preserve">競賽問題，請加入官方LINE群組詢問 </w:t>
      </w:r>
    </w:p>
    <w:p w14:paraId="1BECDBC8" w14:textId="4E42BF1D" w:rsidR="000D5760" w:rsidRPr="002125BD" w:rsidRDefault="00507905" w:rsidP="00507905">
      <w:pPr>
        <w:spacing w:line="312" w:lineRule="auto"/>
        <w:jc w:val="center"/>
        <w:rPr>
          <w:rFonts w:ascii="標楷體" w:eastAsia="標楷體" w:hAnsi="標楷體" w:cs="標楷體"/>
          <w:sz w:val="24"/>
          <w:szCs w:val="24"/>
          <w:lang w:eastAsia="zh-TW"/>
        </w:rPr>
      </w:pPr>
      <w:hyperlink r:id="rId12" w:history="1">
        <w:r w:rsidRPr="00635F4D">
          <w:rPr>
            <w:rStyle w:val="affa"/>
            <w:rFonts w:ascii="標楷體" w:eastAsia="標楷體" w:hAnsi="標楷體" w:cs="標楷體"/>
            <w:sz w:val="24"/>
            <w:szCs w:val="24"/>
            <w:lang w:eastAsia="zh-TW"/>
          </w:rPr>
          <w:t>https://line.me/ti/g/BcM7wbcvLC</w:t>
        </w:r>
      </w:hyperlink>
    </w:p>
    <w:p w14:paraId="227C1378" w14:textId="7A4753C1" w:rsidR="000D5760" w:rsidRPr="002125BD" w:rsidRDefault="00D16F2D" w:rsidP="004C1839">
      <w:pPr>
        <w:spacing w:before="60" w:line="312" w:lineRule="auto"/>
        <w:jc w:val="center"/>
        <w:rPr>
          <w:rFonts w:ascii="標楷體" w:eastAsia="標楷體" w:hAnsi="標楷體" w:cs="標楷體"/>
          <w:sz w:val="24"/>
          <w:szCs w:val="24"/>
          <w:lang w:eastAsia="zh-TW"/>
        </w:rPr>
      </w:pPr>
      <w:r w:rsidRPr="002125BD">
        <w:rPr>
          <w:rFonts w:ascii="標楷體" w:eastAsia="標楷體" w:hAnsi="標楷體" w:cs="標楷體"/>
          <w:noProof/>
          <w:sz w:val="24"/>
          <w:szCs w:val="24"/>
        </w:rPr>
        <w:drawing>
          <wp:inline distT="0" distB="0" distL="0" distR="0" wp14:anchorId="1D650F1F" wp14:editId="4C6561AC">
            <wp:extent cx="1440000" cy="1440000"/>
            <wp:effectExtent l="0" t="0" r="8255" b="8255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52E32C" w14:textId="77777777" w:rsidR="000D5760" w:rsidRPr="002125BD" w:rsidRDefault="000D5760" w:rsidP="004C1839">
      <w:pPr>
        <w:spacing w:line="312" w:lineRule="auto"/>
        <w:rPr>
          <w:rFonts w:ascii="標楷體" w:eastAsia="標楷體" w:hAnsi="標楷體" w:cs="標楷體"/>
          <w:sz w:val="24"/>
          <w:szCs w:val="24"/>
          <w:lang w:eastAsia="zh-TW"/>
        </w:rPr>
      </w:pPr>
    </w:p>
    <w:p w14:paraId="04DE6A9F" w14:textId="77777777" w:rsidR="000D5760" w:rsidRPr="002125BD" w:rsidRDefault="000D5760" w:rsidP="004C1839">
      <w:pPr>
        <w:spacing w:line="312" w:lineRule="auto"/>
        <w:rPr>
          <w:rFonts w:ascii="標楷體" w:eastAsia="標楷體" w:hAnsi="標楷體" w:cs="標楷體"/>
          <w:sz w:val="24"/>
          <w:szCs w:val="24"/>
          <w:lang w:eastAsia="zh-TW"/>
        </w:rPr>
      </w:pPr>
    </w:p>
    <w:p w14:paraId="7B954F15" w14:textId="77777777" w:rsidR="00507905" w:rsidRDefault="004C1839" w:rsidP="000D5760">
      <w:pPr>
        <w:spacing w:line="312" w:lineRule="auto"/>
        <w:rPr>
          <w:rFonts w:ascii="標楷體" w:eastAsia="標楷體" w:hAnsi="標楷體" w:cs="標楷體"/>
          <w:sz w:val="24"/>
          <w:szCs w:val="24"/>
          <w:lang w:eastAsia="zh-TW"/>
        </w:rPr>
      </w:pPr>
      <w:r w:rsidRPr="002125BD">
        <w:rPr>
          <w:rFonts w:ascii="標楷體" w:eastAsia="標楷體" w:hAnsi="標楷體" w:cs="標楷體" w:hint="eastAsia"/>
          <w:sz w:val="24"/>
          <w:szCs w:val="24"/>
          <w:lang w:eastAsia="zh-TW"/>
        </w:rPr>
        <w:t>報名完成</w:t>
      </w:r>
      <w:r w:rsidR="000D5760" w:rsidRPr="002125BD">
        <w:rPr>
          <w:rFonts w:ascii="標楷體" w:eastAsia="標楷體" w:hAnsi="標楷體" w:cs="標楷體" w:hint="eastAsia"/>
          <w:sz w:val="24"/>
          <w:szCs w:val="24"/>
          <w:lang w:eastAsia="zh-TW"/>
        </w:rPr>
        <w:t>(僅限報名完成者)</w:t>
      </w:r>
      <w:r w:rsidRPr="002125BD">
        <w:rPr>
          <w:rFonts w:ascii="標楷體" w:eastAsia="標楷體" w:hAnsi="標楷體" w:cs="標楷體" w:hint="eastAsia"/>
          <w:sz w:val="24"/>
          <w:szCs w:val="24"/>
          <w:lang w:eastAsia="zh-TW"/>
        </w:rPr>
        <w:t>，請同步加入官方LINE群組</w:t>
      </w:r>
      <w:r w:rsidR="00364961" w:rsidRPr="002125BD">
        <w:rPr>
          <w:rFonts w:ascii="標楷體" w:eastAsia="標楷體" w:hAnsi="標楷體" w:cs="標楷體" w:hint="eastAsia"/>
          <w:sz w:val="24"/>
          <w:szCs w:val="24"/>
          <w:lang w:eastAsia="zh-TW"/>
        </w:rPr>
        <w:t>，以取得相關訊息</w:t>
      </w:r>
      <w:r w:rsidRPr="002125BD">
        <w:rPr>
          <w:rFonts w:ascii="標楷體" w:eastAsia="標楷體" w:hAnsi="標楷體" w:cs="標楷體" w:hint="eastAsia"/>
          <w:sz w:val="24"/>
          <w:szCs w:val="24"/>
          <w:lang w:eastAsia="zh-TW"/>
        </w:rPr>
        <w:t xml:space="preserve">: </w:t>
      </w:r>
    </w:p>
    <w:p w14:paraId="07BB4BE1" w14:textId="16A06ED6" w:rsidR="004C1839" w:rsidRPr="002125BD" w:rsidRDefault="00507905" w:rsidP="00507905">
      <w:pPr>
        <w:spacing w:line="312" w:lineRule="auto"/>
        <w:jc w:val="center"/>
        <w:rPr>
          <w:rFonts w:ascii="標楷體" w:eastAsia="標楷體" w:hAnsi="標楷體" w:cs="標楷體"/>
          <w:sz w:val="24"/>
          <w:szCs w:val="24"/>
          <w:lang w:eastAsia="zh-TW"/>
        </w:rPr>
      </w:pPr>
      <w:hyperlink r:id="rId14" w:history="1">
        <w:r w:rsidRPr="00635F4D">
          <w:rPr>
            <w:rStyle w:val="affa"/>
            <w:rFonts w:ascii="標楷體" w:eastAsia="標楷體" w:hAnsi="標楷體" w:cs="標楷體"/>
            <w:sz w:val="24"/>
            <w:szCs w:val="24"/>
            <w:lang w:eastAsia="zh-TW"/>
          </w:rPr>
          <w:t>https://line.me/ti/g/2HyzXyfSYK</w:t>
        </w:r>
      </w:hyperlink>
    </w:p>
    <w:p w14:paraId="375AA618" w14:textId="77777777" w:rsidR="004C1839" w:rsidRPr="003E3843" w:rsidRDefault="004C1839" w:rsidP="004C1839">
      <w:pPr>
        <w:spacing w:before="60" w:line="312" w:lineRule="auto"/>
        <w:jc w:val="center"/>
        <w:rPr>
          <w:rFonts w:ascii="標楷體" w:eastAsia="標楷體" w:hAnsi="標楷體" w:cs="標楷體"/>
          <w:lang w:eastAsia="zh-TW"/>
        </w:rPr>
      </w:pPr>
      <w:r w:rsidRPr="003E3843">
        <w:rPr>
          <w:rFonts w:ascii="標楷體" w:eastAsia="標楷體" w:hAnsi="標楷體" w:cs="標楷體"/>
          <w:noProof/>
        </w:rPr>
        <w:drawing>
          <wp:inline distT="0" distB="0" distL="0" distR="0" wp14:anchorId="2BA2B8C4" wp14:editId="70963FD9">
            <wp:extent cx="1440000" cy="1440000"/>
            <wp:effectExtent l="0" t="0" r="8255" b="8255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44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26BA06" w14:textId="77777777" w:rsidR="004C1839" w:rsidRPr="003E3843" w:rsidRDefault="004C1839" w:rsidP="004C0315">
      <w:pPr>
        <w:spacing w:line="312" w:lineRule="auto"/>
        <w:rPr>
          <w:rFonts w:ascii="標楷體" w:eastAsia="標楷體" w:hAnsi="標楷體" w:cs="標楷體"/>
          <w:lang w:eastAsia="zh-TW"/>
        </w:rPr>
      </w:pPr>
    </w:p>
    <w:p w14:paraId="2E5460F9" w14:textId="77777777" w:rsidR="004C0315" w:rsidRPr="003E3843" w:rsidRDefault="004C0315" w:rsidP="004C0315">
      <w:pPr>
        <w:spacing w:line="312" w:lineRule="auto"/>
        <w:rPr>
          <w:rFonts w:ascii="標楷體" w:eastAsia="標楷體" w:hAnsi="標楷體" w:cs="標楷體"/>
          <w:lang w:eastAsia="zh-TW"/>
        </w:rPr>
      </w:pPr>
    </w:p>
    <w:p w14:paraId="7618FFE1" w14:textId="77777777" w:rsidR="004C0315" w:rsidRPr="003E3843" w:rsidRDefault="004C0315" w:rsidP="004C0315">
      <w:pPr>
        <w:spacing w:line="312" w:lineRule="auto"/>
        <w:rPr>
          <w:rFonts w:ascii="標楷體" w:eastAsia="標楷體" w:hAnsi="標楷體" w:cs="標楷體"/>
          <w:lang w:eastAsia="zh-TW"/>
        </w:rPr>
      </w:pPr>
    </w:p>
    <w:p w14:paraId="381D4942" w14:textId="77777777" w:rsidR="004C0315" w:rsidRPr="003E3843" w:rsidRDefault="004C0315" w:rsidP="004C0315">
      <w:pPr>
        <w:spacing w:line="312" w:lineRule="auto"/>
        <w:rPr>
          <w:rFonts w:ascii="標楷體" w:eastAsia="標楷體" w:hAnsi="標楷體" w:cs="標楷體"/>
          <w:lang w:eastAsia="zh-TW"/>
        </w:rPr>
      </w:pPr>
    </w:p>
    <w:p w14:paraId="56903FD1" w14:textId="77777777" w:rsidR="008F2D62" w:rsidRPr="003E3843" w:rsidRDefault="00642E33" w:rsidP="004C0315">
      <w:pPr>
        <w:spacing w:line="312" w:lineRule="auto"/>
        <w:rPr>
          <w:rFonts w:ascii="標楷體" w:eastAsia="標楷體" w:hAnsi="標楷體" w:cs="標楷體"/>
          <w:lang w:eastAsia="zh-TW"/>
        </w:rPr>
      </w:pPr>
      <w:r w:rsidRPr="003E3843">
        <w:rPr>
          <w:rFonts w:ascii="標楷體" w:eastAsia="標楷體" w:hAnsi="標楷體" w:cs="標楷體"/>
          <w:lang w:eastAsia="zh-TW"/>
        </w:rPr>
        <w:br w:type="page"/>
      </w:r>
    </w:p>
    <w:p w14:paraId="76ED22C5" w14:textId="77777777" w:rsidR="008F2D62" w:rsidRPr="003E3843" w:rsidRDefault="00642E33" w:rsidP="004C0315">
      <w:pPr>
        <w:pBdr>
          <w:bottom w:val="single" w:sz="16" w:space="5" w:color="2F75B5"/>
        </w:pBdr>
        <w:spacing w:before="80" w:after="160" w:line="312" w:lineRule="auto"/>
        <w:jc w:val="left"/>
        <w:rPr>
          <w:rFonts w:ascii="標楷體" w:eastAsia="標楷體" w:hAnsi="標楷體" w:cs="標楷體"/>
          <w:lang w:eastAsia="zh-TW"/>
        </w:rPr>
      </w:pPr>
      <w:r w:rsidRPr="003E3843">
        <w:rPr>
          <w:rFonts w:ascii="標楷體" w:eastAsia="標楷體" w:hAnsi="標楷體" w:cs="標楷體"/>
          <w:b/>
          <w:color w:val="17365D"/>
          <w:sz w:val="32"/>
          <w:lang w:eastAsia="zh-TW"/>
        </w:rPr>
        <w:lastRenderedPageBreak/>
        <w:t>附錄｜A1 橫式展板格式說明</w:t>
      </w:r>
    </w:p>
    <w:p w14:paraId="025BC459" w14:textId="11268784" w:rsidR="008F2D62" w:rsidRPr="002125BD" w:rsidRDefault="00642E33" w:rsidP="004C0315">
      <w:pPr>
        <w:spacing w:line="312" w:lineRule="auto"/>
        <w:rPr>
          <w:rFonts w:ascii="標楷體" w:eastAsia="標楷體" w:hAnsi="標楷體" w:cs="標楷體"/>
          <w:sz w:val="24"/>
          <w:szCs w:val="24"/>
          <w:lang w:eastAsia="zh-TW"/>
        </w:rPr>
      </w:pPr>
      <w:r w:rsidRPr="002125BD">
        <w:rPr>
          <w:rFonts w:ascii="標楷體" w:eastAsia="標楷體" w:hAnsi="標楷體" w:cs="標楷體"/>
          <w:sz w:val="24"/>
          <w:szCs w:val="24"/>
          <w:lang w:eastAsia="zh-TW"/>
        </w:rPr>
        <w:t>展板採 A1 橫式（840 × 594 mm），每件作品繳交 1 至 2 張；如繳交 2 張，請依頁序合併為單一 PDF 檔案上傳。主要設計展示區由參賽者依作品性質自行規劃。初選採匿名審查，展板僅標示作品名稱及由主辦單位統一編製之作品編號，不得出現參賽學生、指導老師、學校</w:t>
      </w:r>
      <w:r w:rsidR="003E3843" w:rsidRPr="002125BD">
        <w:rPr>
          <w:rFonts w:ascii="標楷體" w:eastAsia="標楷體" w:hAnsi="標楷體" w:cs="標楷體" w:hint="eastAsia"/>
          <w:sz w:val="24"/>
          <w:szCs w:val="24"/>
          <w:lang w:eastAsia="zh-TW"/>
        </w:rPr>
        <w:t>/</w:t>
      </w:r>
      <w:r w:rsidRPr="002125BD">
        <w:rPr>
          <w:rFonts w:ascii="標楷體" w:eastAsia="標楷體" w:hAnsi="標楷體" w:cs="標楷體"/>
          <w:sz w:val="24"/>
          <w:szCs w:val="24"/>
          <w:lang w:eastAsia="zh-TW"/>
        </w:rPr>
        <w:t>系所或其他足以辨識身分之資訊。</w:t>
      </w:r>
    </w:p>
    <w:p w14:paraId="7EE92540" w14:textId="0A19B5D9" w:rsidR="007774B8" w:rsidRPr="002125BD" w:rsidRDefault="007774B8" w:rsidP="004C0315">
      <w:pPr>
        <w:spacing w:line="312" w:lineRule="auto"/>
        <w:rPr>
          <w:rFonts w:ascii="標楷體" w:eastAsia="標楷體" w:hAnsi="標楷體" w:cs="標楷體"/>
          <w:color w:val="0070C0"/>
          <w:sz w:val="24"/>
          <w:szCs w:val="24"/>
          <w:lang w:eastAsia="zh-TW"/>
        </w:rPr>
      </w:pPr>
      <w:r w:rsidRPr="002125BD">
        <w:rPr>
          <w:rFonts w:ascii="標楷體" w:eastAsia="標楷體" w:hAnsi="標楷體" w:cs="標楷體" w:hint="eastAsia"/>
          <w:sz w:val="24"/>
          <w:szCs w:val="24"/>
          <w:lang w:eastAsia="zh-TW"/>
        </w:rPr>
        <w:t>上傳檔案名稱，請用 代表學生姓名+報名學校+作品名稱 (例如 王小明_台北科大_O</w:t>
      </w:r>
      <w:r w:rsidRPr="002125BD">
        <w:rPr>
          <w:rFonts w:ascii="標楷體" w:eastAsia="標楷體" w:hAnsi="標楷體" w:cs="標楷體"/>
          <w:sz w:val="24"/>
          <w:szCs w:val="24"/>
          <w:lang w:eastAsia="zh-TW"/>
        </w:rPr>
        <w:t>OO</w:t>
      </w:r>
      <w:r w:rsidRPr="002125BD">
        <w:rPr>
          <w:rFonts w:ascii="標楷體" w:eastAsia="標楷體" w:hAnsi="標楷體" w:cs="標楷體" w:hint="eastAsia"/>
          <w:sz w:val="24"/>
          <w:szCs w:val="24"/>
          <w:lang w:eastAsia="zh-TW"/>
        </w:rPr>
        <w:t>)</w:t>
      </w:r>
    </w:p>
    <w:p w14:paraId="158849A6" w14:textId="77777777" w:rsidR="008F2D62" w:rsidRPr="003E3843" w:rsidRDefault="00642E33" w:rsidP="004C0315">
      <w:pPr>
        <w:spacing w:before="60" w:line="312" w:lineRule="auto"/>
        <w:jc w:val="center"/>
        <w:rPr>
          <w:rFonts w:ascii="標楷體" w:eastAsia="標楷體" w:hAnsi="標楷體" w:cs="標楷體"/>
        </w:rPr>
      </w:pPr>
      <w:r w:rsidRPr="003E3843">
        <w:rPr>
          <w:rFonts w:ascii="標楷體" w:eastAsia="標楷體" w:hAnsi="標楷體" w:cs="標楷體"/>
          <w:noProof/>
        </w:rPr>
        <w:drawing>
          <wp:inline distT="0" distB="0" distL="0" distR="0" wp14:anchorId="0B555922" wp14:editId="644920FA">
            <wp:extent cx="6217920" cy="349758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ST2027_A1匿名展板格式示意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3497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7E2B71" w14:textId="3F14F906" w:rsidR="00D471BA" w:rsidRPr="003E3843" w:rsidRDefault="00642E33" w:rsidP="003E3843">
      <w:pPr>
        <w:spacing w:line="312" w:lineRule="auto"/>
        <w:jc w:val="center"/>
        <w:rPr>
          <w:rFonts w:ascii="標楷體" w:eastAsia="標楷體" w:hAnsi="標楷體" w:cs="標楷體"/>
          <w:iCs/>
          <w:sz w:val="18"/>
          <w:lang w:eastAsia="zh-TW"/>
        </w:rPr>
      </w:pPr>
      <w:r w:rsidRPr="003E3843">
        <w:rPr>
          <w:rFonts w:ascii="標楷體" w:eastAsia="標楷體" w:hAnsi="標楷體" w:cs="標楷體"/>
          <w:iCs/>
          <w:lang w:eastAsia="zh-TW"/>
        </w:rPr>
        <w:t>圖</w:t>
      </w:r>
      <w:r w:rsidR="003E3843">
        <w:rPr>
          <w:rFonts w:ascii="標楷體" w:eastAsia="標楷體" w:hAnsi="標楷體" w:cs="標楷體" w:hint="eastAsia"/>
          <w:iCs/>
          <w:lang w:eastAsia="zh-TW"/>
        </w:rPr>
        <w:t>1</w:t>
      </w:r>
      <w:r w:rsidR="003E3843">
        <w:rPr>
          <w:rFonts w:ascii="標楷體" w:eastAsia="標楷體" w:hAnsi="標楷體" w:cs="標楷體"/>
          <w:iCs/>
          <w:lang w:eastAsia="zh-TW"/>
        </w:rPr>
        <w:t xml:space="preserve"> </w:t>
      </w:r>
      <w:r w:rsidRPr="003E3843">
        <w:rPr>
          <w:rFonts w:ascii="標楷體" w:eastAsia="標楷體" w:hAnsi="標楷體" w:cs="標楷體"/>
          <w:iCs/>
          <w:lang w:eastAsia="zh-TW"/>
        </w:rPr>
        <w:t>A1 橫式展板格式示意（版面僅供參考，非固定模板）</w:t>
      </w:r>
    </w:p>
    <w:p w14:paraId="4B435BDD" w14:textId="77777777" w:rsidR="00D471BA" w:rsidRPr="003E3843" w:rsidRDefault="00D471BA">
      <w:pPr>
        <w:spacing w:line="312" w:lineRule="auto"/>
        <w:rPr>
          <w:rFonts w:ascii="標楷體" w:eastAsia="標楷體" w:hAnsi="標楷體" w:cs="標楷體"/>
          <w:i/>
          <w:sz w:val="18"/>
          <w:lang w:eastAsia="zh-TW"/>
        </w:rPr>
      </w:pPr>
      <w:r w:rsidRPr="003E3843">
        <w:rPr>
          <w:rFonts w:ascii="標楷體" w:eastAsia="標楷體" w:hAnsi="標楷體" w:cs="標楷體"/>
          <w:i/>
          <w:lang w:eastAsia="zh-TW"/>
        </w:rPr>
        <w:br w:type="page"/>
      </w:r>
    </w:p>
    <w:p w14:paraId="722812F6" w14:textId="41D42FDF" w:rsidR="00D471BA" w:rsidRPr="002125BD" w:rsidRDefault="00D471BA" w:rsidP="00D471BA">
      <w:pPr>
        <w:spacing w:line="312" w:lineRule="auto"/>
        <w:jc w:val="center"/>
        <w:rPr>
          <w:rFonts w:ascii="標楷體" w:eastAsia="標楷體" w:hAnsi="標楷體" w:cs="標楷體"/>
          <w:sz w:val="32"/>
          <w:szCs w:val="32"/>
          <w:lang w:eastAsia="zh-TW"/>
        </w:rPr>
      </w:pPr>
      <w:r w:rsidRPr="002125BD">
        <w:rPr>
          <w:rFonts w:ascii="標楷體" w:eastAsia="標楷體" w:hAnsi="標楷體" w:cs="標楷體"/>
          <w:b/>
          <w:sz w:val="32"/>
          <w:szCs w:val="32"/>
          <w:lang w:eastAsia="zh-TW"/>
        </w:rPr>
        <w:lastRenderedPageBreak/>
        <w:t>EST 2027－第三十四屆中華民國人因工程學會</w:t>
      </w:r>
      <w:r w:rsidRPr="002125BD">
        <w:rPr>
          <w:rFonts w:ascii="標楷體" w:eastAsia="標楷體" w:hAnsi="標楷體" w:cs="標楷體" w:hint="eastAsia"/>
          <w:b/>
          <w:sz w:val="32"/>
          <w:szCs w:val="32"/>
          <w:lang w:eastAsia="zh-TW"/>
        </w:rPr>
        <w:t>年會暨國際研討會</w:t>
      </w:r>
    </w:p>
    <w:p w14:paraId="066C53DE" w14:textId="1844D8DF" w:rsidR="00D471BA" w:rsidRPr="002125BD" w:rsidRDefault="00D471BA" w:rsidP="00D471BA">
      <w:pPr>
        <w:spacing w:after="140" w:line="312" w:lineRule="auto"/>
        <w:jc w:val="center"/>
        <w:rPr>
          <w:rFonts w:ascii="標楷體" w:eastAsia="標楷體" w:hAnsi="標楷體" w:cs="標楷體"/>
          <w:sz w:val="28"/>
          <w:szCs w:val="28"/>
          <w:lang w:eastAsia="zh-TW"/>
        </w:rPr>
      </w:pPr>
      <w:r w:rsidRPr="002125BD">
        <w:rPr>
          <w:rFonts w:ascii="標楷體" w:eastAsia="標楷體" w:hAnsi="標楷體" w:cs="標楷體"/>
          <w:b/>
          <w:color w:val="17365D"/>
          <w:sz w:val="28"/>
          <w:szCs w:val="28"/>
          <w:lang w:eastAsia="zh-TW"/>
        </w:rPr>
        <w:t>學生專題設計競賽智慧財產權聲明書</w:t>
      </w:r>
    </w:p>
    <w:p w14:paraId="04DA1FBA" w14:textId="311024A0" w:rsidR="00D471BA" w:rsidRPr="002125BD" w:rsidRDefault="00D471BA" w:rsidP="00D471BA">
      <w:pPr>
        <w:spacing w:after="40" w:line="252" w:lineRule="auto"/>
        <w:rPr>
          <w:rFonts w:ascii="標楷體" w:eastAsia="標楷體" w:hAnsi="標楷體" w:cs="標楷體"/>
          <w:sz w:val="18"/>
          <w:szCs w:val="18"/>
          <w:lang w:eastAsia="zh-TW"/>
        </w:rPr>
      </w:pPr>
      <w:r w:rsidRPr="002125BD">
        <w:rPr>
          <w:rFonts w:ascii="標楷體" w:eastAsia="標楷體" w:hAnsi="標楷體" w:cs="標楷體"/>
          <w:sz w:val="20"/>
          <w:szCs w:val="24"/>
          <w:lang w:eastAsia="zh-TW"/>
        </w:rPr>
        <w:t>為參加「EST 2027－第三十四屆中華民國人因工程學會</w:t>
      </w:r>
      <w:r w:rsidRPr="002125BD">
        <w:rPr>
          <w:rFonts w:ascii="標楷體" w:eastAsia="標楷體" w:hAnsi="標楷體" w:cs="標楷體" w:hint="eastAsia"/>
          <w:sz w:val="20"/>
          <w:szCs w:val="24"/>
          <w:lang w:eastAsia="zh-TW"/>
        </w:rPr>
        <w:t xml:space="preserve">年會暨國際研討會 </w:t>
      </w:r>
      <w:r w:rsidRPr="002125BD">
        <w:rPr>
          <w:rFonts w:ascii="標楷體" w:eastAsia="標楷體" w:hAnsi="標楷體" w:cs="標楷體"/>
          <w:sz w:val="20"/>
          <w:szCs w:val="24"/>
          <w:lang w:eastAsia="zh-TW"/>
        </w:rPr>
        <w:t>學生專題設計競賽」，本人</w:t>
      </w:r>
      <w:r w:rsidR="003E3843" w:rsidRPr="002125BD">
        <w:rPr>
          <w:rFonts w:ascii="標楷體" w:eastAsia="標楷體" w:hAnsi="標楷體" w:cs="標楷體"/>
          <w:sz w:val="20"/>
          <w:szCs w:val="24"/>
          <w:lang w:eastAsia="zh-TW"/>
        </w:rPr>
        <w:t>/</w:t>
      </w:r>
      <w:r w:rsidRPr="002125BD">
        <w:rPr>
          <w:rFonts w:ascii="標楷體" w:eastAsia="標楷體" w:hAnsi="標楷體" w:cs="標楷體" w:hint="eastAsia"/>
          <w:sz w:val="20"/>
          <w:szCs w:val="24"/>
          <w:lang w:eastAsia="zh-TW"/>
        </w:rPr>
        <w:t>本</w:t>
      </w:r>
      <w:r w:rsidRPr="002125BD">
        <w:rPr>
          <w:rFonts w:ascii="標楷體" w:eastAsia="標楷體" w:hAnsi="標楷體" w:cs="標楷體"/>
          <w:sz w:val="20"/>
          <w:szCs w:val="24"/>
          <w:lang w:eastAsia="zh-TW"/>
        </w:rPr>
        <w:t>團隊就所提交之參賽作品聲明如下：</w:t>
      </w:r>
    </w:p>
    <w:p w14:paraId="3EFFDF43" w14:textId="77777777" w:rsidR="00D471BA" w:rsidRPr="002125BD" w:rsidRDefault="00D471BA" w:rsidP="001179BD">
      <w:pPr>
        <w:spacing w:after="40" w:line="252" w:lineRule="auto"/>
        <w:rPr>
          <w:rFonts w:ascii="標楷體" w:eastAsia="標楷體" w:hAnsi="標楷體" w:cs="標楷體"/>
          <w:sz w:val="18"/>
          <w:szCs w:val="18"/>
          <w:lang w:eastAsia="zh-TW"/>
        </w:rPr>
      </w:pPr>
      <w:r w:rsidRPr="002125BD">
        <w:rPr>
          <w:rFonts w:ascii="標楷體" w:eastAsia="標楷體" w:hAnsi="標楷體" w:cs="標楷體"/>
          <w:b/>
          <w:sz w:val="20"/>
          <w:szCs w:val="18"/>
          <w:lang w:eastAsia="zh-TW"/>
        </w:rPr>
        <w:t xml:space="preserve">1. </w:t>
      </w:r>
      <w:r w:rsidRPr="002125BD">
        <w:rPr>
          <w:rFonts w:ascii="標楷體" w:eastAsia="標楷體" w:hAnsi="標楷體" w:cs="標楷體"/>
          <w:sz w:val="20"/>
          <w:szCs w:val="18"/>
          <w:lang w:eastAsia="zh-TW"/>
        </w:rPr>
        <w:t>本參賽作品係由參賽者自行創作，並符合競賽簡章所定之參賽資格與相關規定；所填報及提供之資料均屬真實、正確。</w:t>
      </w:r>
    </w:p>
    <w:p w14:paraId="7924EC1F" w14:textId="77777777" w:rsidR="00D471BA" w:rsidRPr="002125BD" w:rsidRDefault="00D471BA" w:rsidP="001179BD">
      <w:pPr>
        <w:spacing w:after="40" w:line="252" w:lineRule="auto"/>
        <w:rPr>
          <w:rFonts w:ascii="標楷體" w:eastAsia="標楷體" w:hAnsi="標楷體" w:cs="標楷體"/>
          <w:sz w:val="18"/>
          <w:szCs w:val="18"/>
          <w:lang w:eastAsia="zh-TW"/>
        </w:rPr>
      </w:pPr>
      <w:r w:rsidRPr="002125BD">
        <w:rPr>
          <w:rFonts w:ascii="標楷體" w:eastAsia="標楷體" w:hAnsi="標楷體" w:cs="標楷體"/>
          <w:b/>
          <w:sz w:val="20"/>
          <w:szCs w:val="18"/>
          <w:lang w:eastAsia="zh-TW"/>
        </w:rPr>
        <w:t xml:space="preserve">2. </w:t>
      </w:r>
      <w:r w:rsidRPr="002125BD">
        <w:rPr>
          <w:rFonts w:ascii="標楷體" w:eastAsia="標楷體" w:hAnsi="標楷體" w:cs="標楷體"/>
          <w:sz w:val="20"/>
          <w:szCs w:val="18"/>
          <w:lang w:eastAsia="zh-TW"/>
        </w:rPr>
        <w:t>本參賽作品未侵害他人之著作權、專利權、商標權、營業秘密、肖像權、個人資料或其他合法權益；如使用第三人之素材、圖像、影音、字型、資料或其他內容，已依法取得必要之授權或符合相關法令規定。</w:t>
      </w:r>
    </w:p>
    <w:p w14:paraId="188358DA" w14:textId="77777777" w:rsidR="00D471BA" w:rsidRPr="002125BD" w:rsidRDefault="00D471BA" w:rsidP="001179BD">
      <w:pPr>
        <w:spacing w:after="40" w:line="252" w:lineRule="auto"/>
        <w:rPr>
          <w:rFonts w:ascii="標楷體" w:eastAsia="標楷體" w:hAnsi="標楷體" w:cs="標楷體"/>
          <w:sz w:val="18"/>
          <w:szCs w:val="18"/>
          <w:lang w:eastAsia="zh-TW"/>
        </w:rPr>
      </w:pPr>
      <w:r w:rsidRPr="002125BD">
        <w:rPr>
          <w:rFonts w:ascii="標楷體" w:eastAsia="標楷體" w:hAnsi="標楷體" w:cs="標楷體"/>
          <w:b/>
          <w:sz w:val="20"/>
          <w:szCs w:val="18"/>
          <w:lang w:eastAsia="zh-TW"/>
        </w:rPr>
        <w:t xml:space="preserve">3. </w:t>
      </w:r>
      <w:r w:rsidRPr="002125BD">
        <w:rPr>
          <w:rFonts w:ascii="標楷體" w:eastAsia="標楷體" w:hAnsi="標楷體" w:cs="標楷體"/>
          <w:sz w:val="20"/>
          <w:szCs w:val="18"/>
          <w:lang w:eastAsia="zh-TW"/>
        </w:rPr>
        <w:t>本參賽作品如涉及共同創作、學校研究成果、產學合作或其他可能影響智慧財產權歸屬之情形，參賽者已確認具有參賽及提交本作品之權利，並已取得必要之同意或授權。</w:t>
      </w:r>
    </w:p>
    <w:p w14:paraId="01F452C7" w14:textId="77777777" w:rsidR="00D471BA" w:rsidRPr="002125BD" w:rsidRDefault="00D471BA" w:rsidP="001179BD">
      <w:pPr>
        <w:spacing w:after="40" w:line="252" w:lineRule="auto"/>
        <w:rPr>
          <w:rFonts w:ascii="標楷體" w:eastAsia="標楷體" w:hAnsi="標楷體" w:cs="標楷體"/>
          <w:sz w:val="18"/>
          <w:szCs w:val="18"/>
          <w:lang w:eastAsia="zh-TW"/>
        </w:rPr>
      </w:pPr>
      <w:r w:rsidRPr="002125BD">
        <w:rPr>
          <w:rFonts w:ascii="標楷體" w:eastAsia="標楷體" w:hAnsi="標楷體" w:cs="標楷體"/>
          <w:b/>
          <w:sz w:val="20"/>
          <w:szCs w:val="18"/>
          <w:lang w:eastAsia="zh-TW"/>
        </w:rPr>
        <w:t xml:space="preserve">4. </w:t>
      </w:r>
      <w:r w:rsidRPr="002125BD">
        <w:rPr>
          <w:rFonts w:ascii="標楷體" w:eastAsia="標楷體" w:hAnsi="標楷體" w:cs="標楷體"/>
          <w:sz w:val="20"/>
          <w:szCs w:val="18"/>
          <w:lang w:eastAsia="zh-TW"/>
        </w:rPr>
        <w:t>參賽作品之智慧財產權歸屬參賽者或原權利人所有。參賽者同意，如作品入圍或獲獎，得依競賽簡章及主辦單位通知，提供必要之作品圖文、影像及相關資料，供競賽成果展示、EST 2027 年會展出及相關非營利推廣使用；實際授權範圍如有另行文件者，依該文件辦理。</w:t>
      </w:r>
    </w:p>
    <w:p w14:paraId="15185CE2" w14:textId="16147038" w:rsidR="00D471BA" w:rsidRPr="002125BD" w:rsidRDefault="00D471BA" w:rsidP="001179BD">
      <w:pPr>
        <w:spacing w:after="40" w:line="252" w:lineRule="auto"/>
        <w:rPr>
          <w:rFonts w:ascii="標楷體" w:eastAsia="標楷體" w:hAnsi="標楷體" w:cs="標楷體"/>
          <w:sz w:val="18"/>
          <w:szCs w:val="18"/>
          <w:lang w:eastAsia="zh-TW"/>
        </w:rPr>
      </w:pPr>
      <w:r w:rsidRPr="002125BD">
        <w:rPr>
          <w:rFonts w:ascii="標楷體" w:eastAsia="標楷體" w:hAnsi="標楷體" w:cs="標楷體"/>
          <w:b/>
          <w:sz w:val="20"/>
          <w:szCs w:val="18"/>
          <w:lang w:eastAsia="zh-TW"/>
        </w:rPr>
        <w:t xml:space="preserve">5. </w:t>
      </w:r>
      <w:r w:rsidRPr="002125BD">
        <w:rPr>
          <w:rFonts w:ascii="標楷體" w:eastAsia="標楷體" w:hAnsi="標楷體" w:cs="標楷體"/>
          <w:sz w:val="20"/>
          <w:szCs w:val="18"/>
          <w:lang w:eastAsia="zh-TW"/>
        </w:rPr>
        <w:t>如本參賽作品經查有抄襲、冒用他人作品、侵害第三人權利、資料不實或其他違反競賽規定之情事，本人</w:t>
      </w:r>
      <w:r w:rsidR="003E3843" w:rsidRPr="002125BD">
        <w:rPr>
          <w:rFonts w:ascii="標楷體" w:eastAsia="標楷體" w:hAnsi="標楷體" w:cs="標楷體" w:hint="eastAsia"/>
          <w:sz w:val="20"/>
          <w:szCs w:val="18"/>
          <w:lang w:eastAsia="zh-TW"/>
        </w:rPr>
        <w:t>/</w:t>
      </w:r>
      <w:r w:rsidRPr="002125BD">
        <w:rPr>
          <w:rFonts w:ascii="標楷體" w:eastAsia="標楷體" w:hAnsi="標楷體" w:cs="標楷體"/>
          <w:sz w:val="20"/>
          <w:szCs w:val="18"/>
          <w:lang w:eastAsia="zh-TW"/>
        </w:rPr>
        <w:t>本團隊願依競賽簡章及主辦單位相關規定辦理；如因此衍生爭議或法律責任，由相關責任人依法處理。</w:t>
      </w:r>
    </w:p>
    <w:p w14:paraId="62B0139B" w14:textId="2854C6BE" w:rsidR="00D471BA" w:rsidRPr="002125BD" w:rsidRDefault="00D471BA" w:rsidP="001179BD">
      <w:pPr>
        <w:spacing w:after="40" w:line="252" w:lineRule="auto"/>
        <w:rPr>
          <w:rFonts w:ascii="標楷體" w:eastAsia="標楷體" w:hAnsi="標楷體" w:cs="標楷體"/>
          <w:sz w:val="18"/>
          <w:szCs w:val="18"/>
          <w:lang w:eastAsia="zh-TW"/>
        </w:rPr>
      </w:pPr>
      <w:r w:rsidRPr="002125BD">
        <w:rPr>
          <w:rFonts w:ascii="標楷體" w:eastAsia="標楷體" w:hAnsi="標楷體" w:cs="標楷體"/>
          <w:b/>
          <w:sz w:val="20"/>
          <w:szCs w:val="18"/>
          <w:lang w:eastAsia="zh-TW"/>
        </w:rPr>
        <w:t xml:space="preserve">6. </w:t>
      </w:r>
      <w:r w:rsidRPr="002125BD">
        <w:rPr>
          <w:rFonts w:ascii="標楷體" w:eastAsia="標楷體" w:hAnsi="標楷體" w:cs="標楷體"/>
          <w:sz w:val="20"/>
          <w:szCs w:val="18"/>
          <w:lang w:eastAsia="zh-TW"/>
        </w:rPr>
        <w:t>本人</w:t>
      </w:r>
      <w:r w:rsidR="003E3843" w:rsidRPr="002125BD">
        <w:rPr>
          <w:rFonts w:ascii="標楷體" w:eastAsia="標楷體" w:hAnsi="標楷體" w:cs="標楷體" w:hint="eastAsia"/>
          <w:sz w:val="20"/>
          <w:szCs w:val="18"/>
          <w:lang w:eastAsia="zh-TW"/>
        </w:rPr>
        <w:t>/</w:t>
      </w:r>
      <w:r w:rsidRPr="002125BD">
        <w:rPr>
          <w:rFonts w:ascii="標楷體" w:eastAsia="標楷體" w:hAnsi="標楷體" w:cs="標楷體"/>
          <w:sz w:val="20"/>
          <w:szCs w:val="18"/>
          <w:lang w:eastAsia="zh-TW"/>
        </w:rPr>
        <w:t>本團隊已詳閱本聲明書及競賽簡章內容，並同意遵守相關規定。</w:t>
      </w:r>
    </w:p>
    <w:p w14:paraId="166C7179" w14:textId="5949E906" w:rsidR="001179BD" w:rsidRPr="003E3843" w:rsidRDefault="001179BD" w:rsidP="001179BD">
      <w:pPr>
        <w:spacing w:after="40" w:line="252" w:lineRule="auto"/>
        <w:rPr>
          <w:rFonts w:ascii="標楷體" w:eastAsia="標楷體" w:hAnsi="標楷體" w:cs="標楷體"/>
          <w:sz w:val="16"/>
          <w:szCs w:val="16"/>
          <w:lang w:eastAsia="zh-TW"/>
        </w:rPr>
      </w:pPr>
    </w:p>
    <w:p w14:paraId="037D829F" w14:textId="77777777" w:rsidR="001179BD" w:rsidRPr="003E3843" w:rsidRDefault="001179BD" w:rsidP="001179BD">
      <w:pPr>
        <w:spacing w:after="40" w:line="252" w:lineRule="auto"/>
        <w:rPr>
          <w:rFonts w:ascii="標楷體" w:eastAsia="標楷體" w:hAnsi="標楷體" w:cs="標楷體"/>
          <w:sz w:val="16"/>
          <w:szCs w:val="16"/>
          <w:lang w:eastAsia="zh-TW"/>
        </w:rPr>
      </w:pPr>
    </w:p>
    <w:p w14:paraId="6E68FB66" w14:textId="11752AC8" w:rsidR="003E3843" w:rsidRPr="002125BD" w:rsidRDefault="00D471BA" w:rsidP="00D471BA">
      <w:pPr>
        <w:spacing w:after="40" w:line="252" w:lineRule="auto"/>
        <w:rPr>
          <w:rFonts w:ascii="標楷體" w:eastAsia="標楷體" w:hAnsi="標楷體" w:cs="標楷體"/>
          <w:b/>
          <w:sz w:val="20"/>
          <w:szCs w:val="20"/>
          <w:lang w:eastAsia="zh-TW"/>
        </w:rPr>
      </w:pPr>
      <w:proofErr w:type="spellStart"/>
      <w:r w:rsidRPr="002125BD">
        <w:rPr>
          <w:rFonts w:ascii="標楷體" w:eastAsia="標楷體" w:hAnsi="標楷體" w:cs="標楷體"/>
          <w:b/>
          <w:sz w:val="20"/>
          <w:szCs w:val="20"/>
        </w:rPr>
        <w:t>參賽作品資料</w:t>
      </w:r>
      <w:proofErr w:type="spellEnd"/>
    </w:p>
    <w:tbl>
      <w:tblPr>
        <w:tblStyle w:val="aff2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56"/>
        <w:gridCol w:w="5156"/>
      </w:tblGrid>
      <w:tr w:rsidR="00D471BA" w:rsidRPr="003E3843" w14:paraId="6EC46555" w14:textId="77777777" w:rsidTr="00C40489">
        <w:trPr>
          <w:jc w:val="center"/>
        </w:trPr>
        <w:tc>
          <w:tcPr>
            <w:tcW w:w="5156" w:type="dxa"/>
            <w:tcBorders>
              <w:top w:val="single" w:sz="4" w:space="0" w:color="BFC7D0"/>
              <w:left w:val="single" w:sz="4" w:space="0" w:color="BFC7D0"/>
              <w:bottom w:val="single" w:sz="4" w:space="0" w:color="BFC7D0"/>
              <w:right w:val="single" w:sz="4" w:space="0" w:color="BFC7D0"/>
            </w:tcBorders>
            <w:shd w:val="clear" w:color="auto" w:fill="FFFFFF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22FBFE43" w14:textId="77777777" w:rsidR="00D471BA" w:rsidRPr="003E3843" w:rsidRDefault="00D471BA" w:rsidP="00C40489">
            <w:pPr>
              <w:spacing w:after="0" w:line="228" w:lineRule="auto"/>
              <w:rPr>
                <w:rFonts w:ascii="標楷體" w:eastAsia="標楷體" w:hAnsi="標楷體" w:cs="標楷體"/>
                <w:sz w:val="16"/>
                <w:szCs w:val="16"/>
              </w:rPr>
            </w:pPr>
            <w:proofErr w:type="spellStart"/>
            <w:r w:rsidRPr="003E3843">
              <w:rPr>
                <w:rFonts w:ascii="標楷體" w:eastAsia="標楷體" w:hAnsi="標楷體" w:cs="標楷體"/>
                <w:b/>
                <w:sz w:val="17"/>
                <w:szCs w:val="16"/>
              </w:rPr>
              <w:t>作品名稱</w:t>
            </w:r>
            <w:proofErr w:type="spellEnd"/>
            <w:r w:rsidRPr="003E3843">
              <w:rPr>
                <w:rFonts w:ascii="標楷體" w:eastAsia="標楷體" w:hAnsi="標楷體" w:cs="標楷體"/>
                <w:b/>
                <w:sz w:val="17"/>
                <w:szCs w:val="16"/>
              </w:rPr>
              <w:t>：</w:t>
            </w:r>
            <w:r w:rsidRPr="003E3843">
              <w:rPr>
                <w:rFonts w:ascii="標楷體" w:eastAsia="標楷體" w:hAnsi="標楷體" w:cs="標楷體"/>
                <w:sz w:val="17"/>
                <w:szCs w:val="16"/>
              </w:rPr>
              <w:t>____________________________</w:t>
            </w:r>
          </w:p>
          <w:p w14:paraId="5BCE01B1" w14:textId="77777777" w:rsidR="006B3580" w:rsidRPr="003E3843" w:rsidRDefault="006B3580" w:rsidP="00C40489">
            <w:pPr>
              <w:spacing w:after="0" w:line="228" w:lineRule="auto"/>
              <w:rPr>
                <w:rFonts w:ascii="標楷體" w:eastAsia="標楷體" w:hAnsi="標楷體" w:cs="標楷體"/>
                <w:sz w:val="16"/>
                <w:szCs w:val="16"/>
              </w:rPr>
            </w:pPr>
          </w:p>
          <w:p w14:paraId="7DF4FE3A" w14:textId="385624C9" w:rsidR="006B3580" w:rsidRPr="003E3843" w:rsidRDefault="006B3580" w:rsidP="00C40489">
            <w:pPr>
              <w:spacing w:after="0" w:line="228" w:lineRule="auto"/>
              <w:rPr>
                <w:rFonts w:ascii="標楷體" w:eastAsia="標楷體" w:hAnsi="標楷體" w:cs="標楷體"/>
                <w:sz w:val="16"/>
                <w:szCs w:val="16"/>
              </w:rPr>
            </w:pPr>
          </w:p>
        </w:tc>
        <w:tc>
          <w:tcPr>
            <w:tcW w:w="5156" w:type="dxa"/>
            <w:tcBorders>
              <w:top w:val="single" w:sz="4" w:space="0" w:color="BFC7D0"/>
              <w:left w:val="single" w:sz="4" w:space="0" w:color="BFC7D0"/>
              <w:bottom w:val="single" w:sz="4" w:space="0" w:color="BFC7D0"/>
              <w:right w:val="single" w:sz="4" w:space="0" w:color="BFC7D0"/>
            </w:tcBorders>
            <w:shd w:val="clear" w:color="auto" w:fill="FFFFFF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3AC9E78A" w14:textId="77777777" w:rsidR="00D471BA" w:rsidRPr="003E3843" w:rsidRDefault="00D471BA" w:rsidP="00C40489">
            <w:pPr>
              <w:spacing w:after="0" w:line="228" w:lineRule="auto"/>
              <w:rPr>
                <w:rFonts w:ascii="標楷體" w:eastAsia="標楷體" w:hAnsi="標楷體" w:cs="標楷體"/>
                <w:sz w:val="16"/>
                <w:szCs w:val="16"/>
                <w:lang w:eastAsia="zh-TW"/>
              </w:rPr>
            </w:pPr>
          </w:p>
        </w:tc>
      </w:tr>
      <w:tr w:rsidR="00D471BA" w:rsidRPr="003E3843" w14:paraId="10CFFDA3" w14:textId="77777777" w:rsidTr="00C40489">
        <w:trPr>
          <w:jc w:val="center"/>
        </w:trPr>
        <w:tc>
          <w:tcPr>
            <w:tcW w:w="5156" w:type="dxa"/>
            <w:tcBorders>
              <w:top w:val="single" w:sz="4" w:space="0" w:color="BFC7D0"/>
              <w:left w:val="single" w:sz="4" w:space="0" w:color="BFC7D0"/>
              <w:bottom w:val="single" w:sz="4" w:space="0" w:color="BFC7D0"/>
              <w:right w:val="single" w:sz="4" w:space="0" w:color="BFC7D0"/>
            </w:tcBorders>
            <w:shd w:val="clear" w:color="auto" w:fill="FFFFFF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3F436FE6" w14:textId="77777777" w:rsidR="00D471BA" w:rsidRPr="003E3843" w:rsidRDefault="00D471BA" w:rsidP="00C40489">
            <w:pPr>
              <w:spacing w:after="0" w:line="228" w:lineRule="auto"/>
              <w:rPr>
                <w:rFonts w:ascii="標楷體" w:eastAsia="標楷體" w:hAnsi="標楷體" w:cs="標楷體"/>
                <w:sz w:val="16"/>
                <w:szCs w:val="16"/>
              </w:rPr>
            </w:pPr>
            <w:proofErr w:type="spellStart"/>
            <w:r w:rsidRPr="003E3843">
              <w:rPr>
                <w:rFonts w:ascii="標楷體" w:eastAsia="標楷體" w:hAnsi="標楷體" w:cs="標楷體"/>
                <w:b/>
                <w:sz w:val="17"/>
                <w:szCs w:val="16"/>
              </w:rPr>
              <w:t>主要聯絡人</w:t>
            </w:r>
            <w:proofErr w:type="spellEnd"/>
            <w:r w:rsidRPr="003E3843">
              <w:rPr>
                <w:rFonts w:ascii="標楷體" w:eastAsia="標楷體" w:hAnsi="標楷體" w:cs="標楷體"/>
                <w:b/>
                <w:sz w:val="17"/>
                <w:szCs w:val="16"/>
              </w:rPr>
              <w:t>：</w:t>
            </w:r>
            <w:r w:rsidRPr="003E3843">
              <w:rPr>
                <w:rFonts w:ascii="標楷體" w:eastAsia="標楷體" w:hAnsi="標楷體" w:cs="標楷體"/>
                <w:sz w:val="17"/>
                <w:szCs w:val="16"/>
              </w:rPr>
              <w:t>____________________________</w:t>
            </w:r>
          </w:p>
          <w:p w14:paraId="489BF854" w14:textId="77777777" w:rsidR="006B3580" w:rsidRPr="003E3843" w:rsidRDefault="006B3580" w:rsidP="00C40489">
            <w:pPr>
              <w:spacing w:after="0" w:line="228" w:lineRule="auto"/>
              <w:rPr>
                <w:rFonts w:ascii="標楷體" w:eastAsia="標楷體" w:hAnsi="標楷體" w:cs="標楷體"/>
                <w:sz w:val="16"/>
                <w:szCs w:val="16"/>
              </w:rPr>
            </w:pPr>
          </w:p>
          <w:p w14:paraId="7F7063AA" w14:textId="1928ADB0" w:rsidR="006B3580" w:rsidRPr="003E3843" w:rsidRDefault="006B3580" w:rsidP="00C40489">
            <w:pPr>
              <w:spacing w:after="0" w:line="228" w:lineRule="auto"/>
              <w:rPr>
                <w:rFonts w:ascii="標楷體" w:eastAsia="標楷體" w:hAnsi="標楷體" w:cs="標楷體"/>
                <w:sz w:val="16"/>
                <w:szCs w:val="16"/>
              </w:rPr>
            </w:pPr>
          </w:p>
        </w:tc>
        <w:tc>
          <w:tcPr>
            <w:tcW w:w="5156" w:type="dxa"/>
            <w:tcBorders>
              <w:top w:val="single" w:sz="4" w:space="0" w:color="BFC7D0"/>
              <w:left w:val="single" w:sz="4" w:space="0" w:color="BFC7D0"/>
              <w:bottom w:val="single" w:sz="4" w:space="0" w:color="BFC7D0"/>
              <w:right w:val="single" w:sz="4" w:space="0" w:color="BFC7D0"/>
            </w:tcBorders>
            <w:shd w:val="clear" w:color="auto" w:fill="FFFFFF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15AC5F48" w14:textId="39FF8D98" w:rsidR="00D471BA" w:rsidRPr="003E3843" w:rsidRDefault="00D471BA" w:rsidP="00C40489">
            <w:pPr>
              <w:spacing w:after="0" w:line="228" w:lineRule="auto"/>
              <w:rPr>
                <w:rFonts w:ascii="標楷體" w:eastAsia="標楷體" w:hAnsi="標楷體" w:cs="標楷體"/>
                <w:sz w:val="16"/>
                <w:szCs w:val="16"/>
              </w:rPr>
            </w:pPr>
            <w:proofErr w:type="spellStart"/>
            <w:r w:rsidRPr="003E3843">
              <w:rPr>
                <w:rFonts w:ascii="標楷體" w:eastAsia="標楷體" w:hAnsi="標楷體" w:cs="標楷體"/>
                <w:b/>
                <w:sz w:val="17"/>
                <w:szCs w:val="16"/>
              </w:rPr>
              <w:t>學校</w:t>
            </w:r>
            <w:proofErr w:type="spellEnd"/>
            <w:r w:rsidR="003E3843">
              <w:rPr>
                <w:rFonts w:ascii="標楷體" w:eastAsia="標楷體" w:hAnsi="標楷體" w:cs="標楷體" w:hint="eastAsia"/>
                <w:b/>
                <w:sz w:val="17"/>
                <w:szCs w:val="16"/>
              </w:rPr>
              <w:t>/</w:t>
            </w:r>
            <w:proofErr w:type="spellStart"/>
            <w:r w:rsidRPr="003E3843">
              <w:rPr>
                <w:rFonts w:ascii="標楷體" w:eastAsia="標楷體" w:hAnsi="標楷體" w:cs="標楷體"/>
                <w:b/>
                <w:sz w:val="17"/>
                <w:szCs w:val="16"/>
              </w:rPr>
              <w:t>系所</w:t>
            </w:r>
            <w:proofErr w:type="spellEnd"/>
            <w:r w:rsidRPr="003E3843">
              <w:rPr>
                <w:rFonts w:ascii="標楷體" w:eastAsia="標楷體" w:hAnsi="標楷體" w:cs="標楷體"/>
                <w:b/>
                <w:sz w:val="17"/>
                <w:szCs w:val="16"/>
              </w:rPr>
              <w:t>：</w:t>
            </w:r>
            <w:r w:rsidRPr="003E3843">
              <w:rPr>
                <w:rFonts w:ascii="標楷體" w:eastAsia="標楷體" w:hAnsi="標楷體" w:cs="標楷體"/>
                <w:sz w:val="17"/>
                <w:szCs w:val="16"/>
              </w:rPr>
              <w:t>____________________________</w:t>
            </w:r>
          </w:p>
        </w:tc>
      </w:tr>
    </w:tbl>
    <w:p w14:paraId="3E11E026" w14:textId="77777777" w:rsidR="003E3843" w:rsidRDefault="003E3843" w:rsidP="00D471BA">
      <w:pPr>
        <w:spacing w:after="40" w:line="252" w:lineRule="auto"/>
        <w:rPr>
          <w:rFonts w:ascii="標楷體" w:eastAsia="標楷體" w:hAnsi="標楷體" w:cs="標楷體"/>
          <w:b/>
          <w:sz w:val="18"/>
          <w:szCs w:val="16"/>
        </w:rPr>
      </w:pPr>
    </w:p>
    <w:p w14:paraId="41A796B3" w14:textId="77777777" w:rsidR="003E3843" w:rsidRDefault="003E3843" w:rsidP="00D471BA">
      <w:pPr>
        <w:spacing w:after="40" w:line="252" w:lineRule="auto"/>
        <w:rPr>
          <w:rFonts w:ascii="標楷體" w:eastAsia="標楷體" w:hAnsi="標楷體" w:cs="標楷體"/>
          <w:b/>
          <w:sz w:val="18"/>
          <w:szCs w:val="16"/>
        </w:rPr>
      </w:pPr>
    </w:p>
    <w:p w14:paraId="16421DB3" w14:textId="4ED0F72F" w:rsidR="00D471BA" w:rsidRPr="002125BD" w:rsidRDefault="00D471BA" w:rsidP="00D471BA">
      <w:pPr>
        <w:spacing w:after="40" w:line="252" w:lineRule="auto"/>
        <w:rPr>
          <w:rFonts w:ascii="標楷體" w:eastAsia="標楷體" w:hAnsi="標楷體" w:cs="標楷體"/>
          <w:sz w:val="20"/>
          <w:szCs w:val="20"/>
          <w:lang w:eastAsia="zh-TW"/>
        </w:rPr>
      </w:pPr>
      <w:r w:rsidRPr="002125BD">
        <w:rPr>
          <w:rFonts w:ascii="標楷體" w:eastAsia="標楷體" w:hAnsi="標楷體" w:cs="標楷體"/>
          <w:b/>
          <w:sz w:val="20"/>
          <w:szCs w:val="20"/>
          <w:lang w:eastAsia="zh-TW"/>
        </w:rPr>
        <w:t>參賽者確認</w:t>
      </w:r>
    </w:p>
    <w:p w14:paraId="017A1A72" w14:textId="4395A23B" w:rsidR="00D471BA" w:rsidRPr="002125BD" w:rsidRDefault="00D471BA" w:rsidP="00D471BA">
      <w:pPr>
        <w:spacing w:after="40" w:line="252" w:lineRule="auto"/>
        <w:rPr>
          <w:rFonts w:ascii="標楷體" w:eastAsia="標楷體" w:hAnsi="標楷體" w:cs="標楷體"/>
          <w:sz w:val="20"/>
          <w:szCs w:val="20"/>
          <w:lang w:eastAsia="zh-TW"/>
        </w:rPr>
      </w:pPr>
      <w:r w:rsidRPr="002125BD">
        <w:rPr>
          <w:rFonts w:ascii="標楷體" w:eastAsia="標楷體" w:hAnsi="標楷體" w:cs="標楷體"/>
          <w:sz w:val="20"/>
          <w:szCs w:val="20"/>
          <w:lang w:eastAsia="zh-TW"/>
        </w:rPr>
        <w:t>本聲明書應由所有參賽學生確認並簽名；如為個人參賽，僅需由本人簽名。</w:t>
      </w:r>
    </w:p>
    <w:p w14:paraId="611B5D74" w14:textId="77777777" w:rsidR="003E3843" w:rsidRPr="003E3843" w:rsidRDefault="003E3843" w:rsidP="00D471BA">
      <w:pPr>
        <w:spacing w:after="40" w:line="252" w:lineRule="auto"/>
        <w:rPr>
          <w:rFonts w:ascii="標楷體" w:eastAsia="標楷體" w:hAnsi="標楷體" w:cs="標楷體"/>
          <w:sz w:val="16"/>
          <w:szCs w:val="16"/>
          <w:lang w:eastAsia="zh-TW"/>
        </w:rPr>
      </w:pPr>
    </w:p>
    <w:tbl>
      <w:tblPr>
        <w:tblStyle w:val="aff2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78"/>
        <w:gridCol w:w="2578"/>
        <w:gridCol w:w="2578"/>
        <w:gridCol w:w="2578"/>
      </w:tblGrid>
      <w:tr w:rsidR="00D471BA" w:rsidRPr="003E3843" w14:paraId="5BD47D31" w14:textId="77777777" w:rsidTr="00C40489">
        <w:trPr>
          <w:jc w:val="center"/>
        </w:trPr>
        <w:tc>
          <w:tcPr>
            <w:tcW w:w="2578" w:type="dxa"/>
            <w:tcBorders>
              <w:top w:val="single" w:sz="4" w:space="0" w:color="BFC7D0"/>
              <w:left w:val="single" w:sz="4" w:space="0" w:color="BFC7D0"/>
              <w:bottom w:val="single" w:sz="4" w:space="0" w:color="BFC7D0"/>
              <w:right w:val="single" w:sz="4" w:space="0" w:color="BFC7D0"/>
            </w:tcBorders>
            <w:shd w:val="clear" w:color="auto" w:fill="FFFFFF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445546A7" w14:textId="77777777" w:rsidR="00D471BA" w:rsidRPr="003E3843" w:rsidRDefault="00D471BA" w:rsidP="00C40489">
            <w:pPr>
              <w:spacing w:after="0" w:line="228" w:lineRule="auto"/>
              <w:rPr>
                <w:rFonts w:ascii="標楷體" w:eastAsia="標楷體" w:hAnsi="標楷體" w:cs="標楷體"/>
                <w:sz w:val="16"/>
                <w:szCs w:val="16"/>
              </w:rPr>
            </w:pPr>
            <w:proofErr w:type="spellStart"/>
            <w:r w:rsidRPr="003E3843">
              <w:rPr>
                <w:rFonts w:ascii="標楷體" w:eastAsia="標楷體" w:hAnsi="標楷體" w:cs="標楷體"/>
                <w:sz w:val="17"/>
                <w:szCs w:val="16"/>
              </w:rPr>
              <w:t>參賽學生</w:t>
            </w:r>
            <w:proofErr w:type="spellEnd"/>
            <w:r w:rsidRPr="003E3843">
              <w:rPr>
                <w:rFonts w:ascii="標楷體" w:eastAsia="標楷體" w:hAnsi="標楷體" w:cs="標楷體"/>
                <w:sz w:val="17"/>
                <w:szCs w:val="16"/>
              </w:rPr>
              <w:t xml:space="preserve"> 1 </w:t>
            </w:r>
            <w:proofErr w:type="spellStart"/>
            <w:r w:rsidRPr="003E3843">
              <w:rPr>
                <w:rFonts w:ascii="標楷體" w:eastAsia="標楷體" w:hAnsi="標楷體" w:cs="標楷體"/>
                <w:sz w:val="17"/>
                <w:szCs w:val="16"/>
              </w:rPr>
              <w:t>姓名</w:t>
            </w:r>
            <w:proofErr w:type="spellEnd"/>
            <w:r w:rsidRPr="003E3843">
              <w:rPr>
                <w:rFonts w:ascii="標楷體" w:eastAsia="標楷體" w:hAnsi="標楷體" w:cs="標楷體"/>
                <w:sz w:val="17"/>
                <w:szCs w:val="16"/>
              </w:rPr>
              <w:t>：</w:t>
            </w:r>
          </w:p>
        </w:tc>
        <w:tc>
          <w:tcPr>
            <w:tcW w:w="2578" w:type="dxa"/>
            <w:tcBorders>
              <w:top w:val="single" w:sz="4" w:space="0" w:color="BFC7D0"/>
              <w:left w:val="single" w:sz="4" w:space="0" w:color="BFC7D0"/>
              <w:bottom w:val="single" w:sz="4" w:space="0" w:color="BFC7D0"/>
              <w:right w:val="single" w:sz="4" w:space="0" w:color="BFC7D0"/>
            </w:tcBorders>
            <w:shd w:val="clear" w:color="auto" w:fill="FFFFFF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16845A33" w14:textId="77777777" w:rsidR="00D471BA" w:rsidRPr="003E3843" w:rsidRDefault="00D471BA" w:rsidP="00C40489">
            <w:pPr>
              <w:spacing w:after="0" w:line="228" w:lineRule="auto"/>
              <w:rPr>
                <w:rFonts w:ascii="標楷體" w:eastAsia="標楷體" w:hAnsi="標楷體" w:cs="標楷體"/>
                <w:sz w:val="16"/>
                <w:szCs w:val="16"/>
              </w:rPr>
            </w:pPr>
            <w:proofErr w:type="spellStart"/>
            <w:r w:rsidRPr="003E3843">
              <w:rPr>
                <w:rFonts w:ascii="標楷體" w:eastAsia="標楷體" w:hAnsi="標楷體" w:cs="標楷體"/>
                <w:sz w:val="17"/>
                <w:szCs w:val="16"/>
              </w:rPr>
              <w:t>簽名</w:t>
            </w:r>
            <w:proofErr w:type="spellEnd"/>
            <w:r w:rsidRPr="003E3843">
              <w:rPr>
                <w:rFonts w:ascii="標楷體" w:eastAsia="標楷體" w:hAnsi="標楷體" w:cs="標楷體"/>
                <w:sz w:val="17"/>
                <w:szCs w:val="16"/>
              </w:rPr>
              <w:t>：</w:t>
            </w:r>
          </w:p>
        </w:tc>
        <w:tc>
          <w:tcPr>
            <w:tcW w:w="2578" w:type="dxa"/>
            <w:tcBorders>
              <w:top w:val="single" w:sz="4" w:space="0" w:color="BFC7D0"/>
              <w:left w:val="single" w:sz="4" w:space="0" w:color="BFC7D0"/>
              <w:bottom w:val="single" w:sz="4" w:space="0" w:color="BFC7D0"/>
              <w:right w:val="single" w:sz="4" w:space="0" w:color="BFC7D0"/>
            </w:tcBorders>
            <w:shd w:val="clear" w:color="auto" w:fill="FFFFFF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6E851A2F" w14:textId="77777777" w:rsidR="00D471BA" w:rsidRPr="003E3843" w:rsidRDefault="00D471BA" w:rsidP="00C40489">
            <w:pPr>
              <w:spacing w:after="0" w:line="228" w:lineRule="auto"/>
              <w:rPr>
                <w:rFonts w:ascii="標楷體" w:eastAsia="標楷體" w:hAnsi="標楷體" w:cs="標楷體"/>
                <w:sz w:val="16"/>
                <w:szCs w:val="16"/>
              </w:rPr>
            </w:pPr>
            <w:proofErr w:type="spellStart"/>
            <w:r w:rsidRPr="003E3843">
              <w:rPr>
                <w:rFonts w:ascii="標楷體" w:eastAsia="標楷體" w:hAnsi="標楷體" w:cs="標楷體"/>
                <w:sz w:val="17"/>
                <w:szCs w:val="16"/>
              </w:rPr>
              <w:t>參賽學生</w:t>
            </w:r>
            <w:proofErr w:type="spellEnd"/>
            <w:r w:rsidRPr="003E3843">
              <w:rPr>
                <w:rFonts w:ascii="標楷體" w:eastAsia="標楷體" w:hAnsi="標楷體" w:cs="標楷體"/>
                <w:sz w:val="17"/>
                <w:szCs w:val="16"/>
              </w:rPr>
              <w:t xml:space="preserve"> 2 </w:t>
            </w:r>
            <w:proofErr w:type="spellStart"/>
            <w:r w:rsidRPr="003E3843">
              <w:rPr>
                <w:rFonts w:ascii="標楷體" w:eastAsia="標楷體" w:hAnsi="標楷體" w:cs="標楷體"/>
                <w:sz w:val="17"/>
                <w:szCs w:val="16"/>
              </w:rPr>
              <w:t>姓名</w:t>
            </w:r>
            <w:proofErr w:type="spellEnd"/>
            <w:r w:rsidRPr="003E3843">
              <w:rPr>
                <w:rFonts w:ascii="標楷體" w:eastAsia="標楷體" w:hAnsi="標楷體" w:cs="標楷體"/>
                <w:sz w:val="17"/>
                <w:szCs w:val="16"/>
              </w:rPr>
              <w:t>：</w:t>
            </w:r>
          </w:p>
        </w:tc>
        <w:tc>
          <w:tcPr>
            <w:tcW w:w="2578" w:type="dxa"/>
            <w:tcBorders>
              <w:top w:val="single" w:sz="4" w:space="0" w:color="BFC7D0"/>
              <w:left w:val="single" w:sz="4" w:space="0" w:color="BFC7D0"/>
              <w:bottom w:val="single" w:sz="4" w:space="0" w:color="BFC7D0"/>
              <w:right w:val="single" w:sz="4" w:space="0" w:color="BFC7D0"/>
            </w:tcBorders>
            <w:shd w:val="clear" w:color="auto" w:fill="FFFFFF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689D32B7" w14:textId="77777777" w:rsidR="00D471BA" w:rsidRPr="003E3843" w:rsidRDefault="00D471BA" w:rsidP="00C40489">
            <w:pPr>
              <w:spacing w:after="0" w:line="228" w:lineRule="auto"/>
              <w:rPr>
                <w:rFonts w:ascii="標楷體" w:eastAsia="標楷體" w:hAnsi="標楷體" w:cs="標楷體"/>
                <w:sz w:val="16"/>
                <w:szCs w:val="16"/>
              </w:rPr>
            </w:pPr>
            <w:proofErr w:type="spellStart"/>
            <w:r w:rsidRPr="003E3843">
              <w:rPr>
                <w:rFonts w:ascii="標楷體" w:eastAsia="標楷體" w:hAnsi="標楷體" w:cs="標楷體"/>
                <w:sz w:val="17"/>
                <w:szCs w:val="16"/>
              </w:rPr>
              <w:t>簽名</w:t>
            </w:r>
            <w:proofErr w:type="spellEnd"/>
            <w:r w:rsidRPr="003E3843">
              <w:rPr>
                <w:rFonts w:ascii="標楷體" w:eastAsia="標楷體" w:hAnsi="標楷體" w:cs="標楷體"/>
                <w:sz w:val="17"/>
                <w:szCs w:val="16"/>
              </w:rPr>
              <w:t>：</w:t>
            </w:r>
          </w:p>
          <w:p w14:paraId="73E4BAE8" w14:textId="5BAA4155" w:rsidR="006B3580" w:rsidRPr="003E3843" w:rsidRDefault="006B3580" w:rsidP="00C40489">
            <w:pPr>
              <w:spacing w:after="0" w:line="228" w:lineRule="auto"/>
              <w:rPr>
                <w:rFonts w:ascii="標楷體" w:eastAsia="標楷體" w:hAnsi="標楷體" w:cs="標楷體"/>
                <w:sz w:val="16"/>
                <w:szCs w:val="16"/>
              </w:rPr>
            </w:pPr>
          </w:p>
          <w:p w14:paraId="2D993392" w14:textId="77777777" w:rsidR="006B3580" w:rsidRPr="003E3843" w:rsidRDefault="006B3580" w:rsidP="00C40489">
            <w:pPr>
              <w:spacing w:after="0" w:line="228" w:lineRule="auto"/>
              <w:rPr>
                <w:rFonts w:ascii="標楷體" w:eastAsia="標楷體" w:hAnsi="標楷體" w:cs="標楷體"/>
                <w:sz w:val="16"/>
                <w:szCs w:val="16"/>
              </w:rPr>
            </w:pPr>
          </w:p>
          <w:p w14:paraId="034A7E1B" w14:textId="71AF79E8" w:rsidR="006B3580" w:rsidRPr="003E3843" w:rsidRDefault="006B3580" w:rsidP="00C40489">
            <w:pPr>
              <w:spacing w:after="0" w:line="228" w:lineRule="auto"/>
              <w:rPr>
                <w:rFonts w:ascii="標楷體" w:eastAsia="標楷體" w:hAnsi="標楷體" w:cs="標楷體"/>
                <w:sz w:val="16"/>
                <w:szCs w:val="16"/>
              </w:rPr>
            </w:pPr>
          </w:p>
        </w:tc>
      </w:tr>
      <w:tr w:rsidR="00D471BA" w:rsidRPr="003E3843" w14:paraId="006D623E" w14:textId="77777777" w:rsidTr="00C40489">
        <w:trPr>
          <w:jc w:val="center"/>
        </w:trPr>
        <w:tc>
          <w:tcPr>
            <w:tcW w:w="2578" w:type="dxa"/>
            <w:tcBorders>
              <w:top w:val="single" w:sz="4" w:space="0" w:color="BFC7D0"/>
              <w:left w:val="single" w:sz="4" w:space="0" w:color="BFC7D0"/>
              <w:bottom w:val="single" w:sz="4" w:space="0" w:color="BFC7D0"/>
              <w:right w:val="single" w:sz="4" w:space="0" w:color="BFC7D0"/>
            </w:tcBorders>
            <w:shd w:val="clear" w:color="auto" w:fill="FFFFFF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01D3A12A" w14:textId="77777777" w:rsidR="00D471BA" w:rsidRPr="003E3843" w:rsidRDefault="00D471BA" w:rsidP="00C40489">
            <w:pPr>
              <w:spacing w:after="0" w:line="228" w:lineRule="auto"/>
              <w:rPr>
                <w:rFonts w:ascii="標楷體" w:eastAsia="標楷體" w:hAnsi="標楷體" w:cs="標楷體"/>
                <w:sz w:val="16"/>
                <w:szCs w:val="16"/>
              </w:rPr>
            </w:pPr>
            <w:proofErr w:type="spellStart"/>
            <w:r w:rsidRPr="003E3843">
              <w:rPr>
                <w:rFonts w:ascii="標楷體" w:eastAsia="標楷體" w:hAnsi="標楷體" w:cs="標楷體"/>
                <w:sz w:val="17"/>
                <w:szCs w:val="16"/>
              </w:rPr>
              <w:t>參賽學生</w:t>
            </w:r>
            <w:proofErr w:type="spellEnd"/>
            <w:r w:rsidRPr="003E3843">
              <w:rPr>
                <w:rFonts w:ascii="標楷體" w:eastAsia="標楷體" w:hAnsi="標楷體" w:cs="標楷體"/>
                <w:sz w:val="17"/>
                <w:szCs w:val="16"/>
              </w:rPr>
              <w:t xml:space="preserve"> 3 </w:t>
            </w:r>
            <w:proofErr w:type="spellStart"/>
            <w:r w:rsidRPr="003E3843">
              <w:rPr>
                <w:rFonts w:ascii="標楷體" w:eastAsia="標楷體" w:hAnsi="標楷體" w:cs="標楷體"/>
                <w:sz w:val="17"/>
                <w:szCs w:val="16"/>
              </w:rPr>
              <w:t>姓名</w:t>
            </w:r>
            <w:proofErr w:type="spellEnd"/>
            <w:r w:rsidRPr="003E3843">
              <w:rPr>
                <w:rFonts w:ascii="標楷體" w:eastAsia="標楷體" w:hAnsi="標楷體" w:cs="標楷體"/>
                <w:sz w:val="17"/>
                <w:szCs w:val="16"/>
              </w:rPr>
              <w:t>：</w:t>
            </w:r>
          </w:p>
        </w:tc>
        <w:tc>
          <w:tcPr>
            <w:tcW w:w="2578" w:type="dxa"/>
            <w:tcBorders>
              <w:top w:val="single" w:sz="4" w:space="0" w:color="BFC7D0"/>
              <w:left w:val="single" w:sz="4" w:space="0" w:color="BFC7D0"/>
              <w:bottom w:val="single" w:sz="4" w:space="0" w:color="BFC7D0"/>
              <w:right w:val="single" w:sz="4" w:space="0" w:color="BFC7D0"/>
            </w:tcBorders>
            <w:shd w:val="clear" w:color="auto" w:fill="FFFFFF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2EDA8301" w14:textId="77777777" w:rsidR="00D471BA" w:rsidRPr="003E3843" w:rsidRDefault="00D471BA" w:rsidP="00C40489">
            <w:pPr>
              <w:spacing w:after="0" w:line="228" w:lineRule="auto"/>
              <w:rPr>
                <w:rFonts w:ascii="標楷體" w:eastAsia="標楷體" w:hAnsi="標楷體" w:cs="標楷體"/>
                <w:sz w:val="16"/>
                <w:szCs w:val="16"/>
              </w:rPr>
            </w:pPr>
            <w:proofErr w:type="spellStart"/>
            <w:r w:rsidRPr="003E3843">
              <w:rPr>
                <w:rFonts w:ascii="標楷體" w:eastAsia="標楷體" w:hAnsi="標楷體" w:cs="標楷體"/>
                <w:sz w:val="17"/>
                <w:szCs w:val="16"/>
              </w:rPr>
              <w:t>簽名</w:t>
            </w:r>
            <w:proofErr w:type="spellEnd"/>
            <w:r w:rsidRPr="003E3843">
              <w:rPr>
                <w:rFonts w:ascii="標楷體" w:eastAsia="標楷體" w:hAnsi="標楷體" w:cs="標楷體"/>
                <w:sz w:val="17"/>
                <w:szCs w:val="16"/>
              </w:rPr>
              <w:t>：</w:t>
            </w:r>
          </w:p>
        </w:tc>
        <w:tc>
          <w:tcPr>
            <w:tcW w:w="2578" w:type="dxa"/>
            <w:tcBorders>
              <w:top w:val="single" w:sz="4" w:space="0" w:color="BFC7D0"/>
              <w:left w:val="single" w:sz="4" w:space="0" w:color="BFC7D0"/>
              <w:bottom w:val="single" w:sz="4" w:space="0" w:color="BFC7D0"/>
              <w:right w:val="single" w:sz="4" w:space="0" w:color="BFC7D0"/>
            </w:tcBorders>
            <w:shd w:val="clear" w:color="auto" w:fill="FFFFFF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0FE0806E" w14:textId="77777777" w:rsidR="00D471BA" w:rsidRPr="003E3843" w:rsidRDefault="00D471BA" w:rsidP="00C40489">
            <w:pPr>
              <w:spacing w:after="0" w:line="228" w:lineRule="auto"/>
              <w:rPr>
                <w:rFonts w:ascii="標楷體" w:eastAsia="標楷體" w:hAnsi="標楷體" w:cs="標楷體"/>
                <w:sz w:val="16"/>
                <w:szCs w:val="16"/>
              </w:rPr>
            </w:pPr>
            <w:proofErr w:type="spellStart"/>
            <w:r w:rsidRPr="003E3843">
              <w:rPr>
                <w:rFonts w:ascii="標楷體" w:eastAsia="標楷體" w:hAnsi="標楷體" w:cs="標楷體"/>
                <w:sz w:val="17"/>
                <w:szCs w:val="16"/>
              </w:rPr>
              <w:t>參賽學生</w:t>
            </w:r>
            <w:proofErr w:type="spellEnd"/>
            <w:r w:rsidRPr="003E3843">
              <w:rPr>
                <w:rFonts w:ascii="標楷體" w:eastAsia="標楷體" w:hAnsi="標楷體" w:cs="標楷體"/>
                <w:sz w:val="17"/>
                <w:szCs w:val="16"/>
              </w:rPr>
              <w:t xml:space="preserve"> 4 </w:t>
            </w:r>
            <w:proofErr w:type="spellStart"/>
            <w:r w:rsidRPr="003E3843">
              <w:rPr>
                <w:rFonts w:ascii="標楷體" w:eastAsia="標楷體" w:hAnsi="標楷體" w:cs="標楷體"/>
                <w:sz w:val="17"/>
                <w:szCs w:val="16"/>
              </w:rPr>
              <w:t>姓名</w:t>
            </w:r>
            <w:proofErr w:type="spellEnd"/>
            <w:r w:rsidRPr="003E3843">
              <w:rPr>
                <w:rFonts w:ascii="標楷體" w:eastAsia="標楷體" w:hAnsi="標楷體" w:cs="標楷體"/>
                <w:sz w:val="17"/>
                <w:szCs w:val="16"/>
              </w:rPr>
              <w:t>：</w:t>
            </w:r>
          </w:p>
        </w:tc>
        <w:tc>
          <w:tcPr>
            <w:tcW w:w="2578" w:type="dxa"/>
            <w:tcBorders>
              <w:top w:val="single" w:sz="4" w:space="0" w:color="BFC7D0"/>
              <w:left w:val="single" w:sz="4" w:space="0" w:color="BFC7D0"/>
              <w:bottom w:val="single" w:sz="4" w:space="0" w:color="BFC7D0"/>
              <w:right w:val="single" w:sz="4" w:space="0" w:color="BFC7D0"/>
            </w:tcBorders>
            <w:shd w:val="clear" w:color="auto" w:fill="FFFFFF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301E56F9" w14:textId="77777777" w:rsidR="00D471BA" w:rsidRPr="003E3843" w:rsidRDefault="00D471BA" w:rsidP="00C40489">
            <w:pPr>
              <w:spacing w:after="0" w:line="228" w:lineRule="auto"/>
              <w:rPr>
                <w:rFonts w:ascii="標楷體" w:eastAsia="標楷體" w:hAnsi="標楷體" w:cs="標楷體"/>
                <w:sz w:val="16"/>
                <w:szCs w:val="16"/>
              </w:rPr>
            </w:pPr>
            <w:proofErr w:type="spellStart"/>
            <w:r w:rsidRPr="003E3843">
              <w:rPr>
                <w:rFonts w:ascii="標楷體" w:eastAsia="標楷體" w:hAnsi="標楷體" w:cs="標楷體"/>
                <w:sz w:val="17"/>
                <w:szCs w:val="16"/>
              </w:rPr>
              <w:t>簽名</w:t>
            </w:r>
            <w:proofErr w:type="spellEnd"/>
            <w:r w:rsidRPr="003E3843">
              <w:rPr>
                <w:rFonts w:ascii="標楷體" w:eastAsia="標楷體" w:hAnsi="標楷體" w:cs="標楷體"/>
                <w:sz w:val="17"/>
                <w:szCs w:val="16"/>
              </w:rPr>
              <w:t>：</w:t>
            </w:r>
          </w:p>
          <w:p w14:paraId="44FFA73D" w14:textId="77777777" w:rsidR="006B3580" w:rsidRPr="003E3843" w:rsidRDefault="006B3580" w:rsidP="00C40489">
            <w:pPr>
              <w:spacing w:after="0" w:line="228" w:lineRule="auto"/>
              <w:rPr>
                <w:rFonts w:ascii="標楷體" w:eastAsia="標楷體" w:hAnsi="標楷體" w:cs="標楷體"/>
                <w:sz w:val="16"/>
                <w:szCs w:val="16"/>
              </w:rPr>
            </w:pPr>
          </w:p>
          <w:p w14:paraId="3B418579" w14:textId="77777777" w:rsidR="006B3580" w:rsidRPr="003E3843" w:rsidRDefault="006B3580" w:rsidP="00C40489">
            <w:pPr>
              <w:spacing w:after="0" w:line="228" w:lineRule="auto"/>
              <w:rPr>
                <w:rFonts w:ascii="標楷體" w:eastAsia="標楷體" w:hAnsi="標楷體" w:cs="標楷體"/>
                <w:sz w:val="16"/>
                <w:szCs w:val="16"/>
              </w:rPr>
            </w:pPr>
          </w:p>
          <w:p w14:paraId="32ABB5E2" w14:textId="1EBFB2F8" w:rsidR="006B3580" w:rsidRPr="003E3843" w:rsidRDefault="006B3580" w:rsidP="00C40489">
            <w:pPr>
              <w:spacing w:after="0" w:line="228" w:lineRule="auto"/>
              <w:rPr>
                <w:rFonts w:ascii="標楷體" w:eastAsia="標楷體" w:hAnsi="標楷體" w:cs="標楷體"/>
                <w:sz w:val="16"/>
                <w:szCs w:val="16"/>
              </w:rPr>
            </w:pPr>
          </w:p>
        </w:tc>
      </w:tr>
    </w:tbl>
    <w:p w14:paraId="4CA758B0" w14:textId="77777777" w:rsidR="003E3843" w:rsidRDefault="003E3843" w:rsidP="00D471BA">
      <w:pPr>
        <w:spacing w:after="40" w:line="252" w:lineRule="auto"/>
        <w:rPr>
          <w:rFonts w:ascii="標楷體" w:eastAsia="標楷體" w:hAnsi="標楷體" w:cs="標楷體"/>
          <w:sz w:val="18"/>
          <w:szCs w:val="16"/>
        </w:rPr>
      </w:pPr>
    </w:p>
    <w:p w14:paraId="2FBD9FA3" w14:textId="77777777" w:rsidR="003E3843" w:rsidRDefault="003E3843" w:rsidP="00D471BA">
      <w:pPr>
        <w:spacing w:after="40" w:line="252" w:lineRule="auto"/>
        <w:rPr>
          <w:rFonts w:ascii="標楷體" w:eastAsia="標楷體" w:hAnsi="標楷體" w:cs="標楷體"/>
          <w:sz w:val="18"/>
          <w:szCs w:val="16"/>
          <w:lang w:eastAsia="zh-TW"/>
        </w:rPr>
      </w:pPr>
    </w:p>
    <w:p w14:paraId="16EB12EA" w14:textId="77777777" w:rsidR="002125BD" w:rsidRDefault="002125BD" w:rsidP="00D471BA">
      <w:pPr>
        <w:spacing w:after="40" w:line="252" w:lineRule="auto"/>
        <w:rPr>
          <w:rFonts w:ascii="標楷體" w:eastAsia="標楷體" w:hAnsi="標楷體" w:cs="標楷體"/>
          <w:sz w:val="18"/>
          <w:szCs w:val="16"/>
          <w:lang w:eastAsia="zh-TW"/>
        </w:rPr>
      </w:pPr>
    </w:p>
    <w:p w14:paraId="0A44AA0B" w14:textId="77777777" w:rsidR="002125BD" w:rsidRDefault="002125BD" w:rsidP="00D471BA">
      <w:pPr>
        <w:spacing w:after="40" w:line="252" w:lineRule="auto"/>
        <w:rPr>
          <w:rFonts w:ascii="標楷體" w:eastAsia="標楷體" w:hAnsi="標楷體" w:cs="標楷體"/>
          <w:sz w:val="18"/>
          <w:szCs w:val="16"/>
          <w:lang w:eastAsia="zh-TW"/>
        </w:rPr>
      </w:pPr>
    </w:p>
    <w:p w14:paraId="28445F24" w14:textId="77777777" w:rsidR="002125BD" w:rsidRDefault="002125BD" w:rsidP="00D471BA">
      <w:pPr>
        <w:spacing w:after="40" w:line="252" w:lineRule="auto"/>
        <w:rPr>
          <w:rFonts w:ascii="標楷體" w:eastAsia="標楷體" w:hAnsi="標楷體" w:cs="標楷體"/>
          <w:sz w:val="18"/>
          <w:szCs w:val="16"/>
          <w:lang w:eastAsia="zh-TW"/>
        </w:rPr>
      </w:pPr>
    </w:p>
    <w:p w14:paraId="1997C271" w14:textId="77777777" w:rsidR="002125BD" w:rsidRDefault="002125BD" w:rsidP="00D471BA">
      <w:pPr>
        <w:spacing w:after="40" w:line="252" w:lineRule="auto"/>
        <w:rPr>
          <w:rFonts w:ascii="標楷體" w:eastAsia="標楷體" w:hAnsi="標楷體" w:cs="標楷體"/>
          <w:sz w:val="18"/>
          <w:szCs w:val="16"/>
          <w:lang w:eastAsia="zh-TW"/>
        </w:rPr>
      </w:pPr>
    </w:p>
    <w:p w14:paraId="7F5E8E68" w14:textId="4B023BD1" w:rsidR="00D471BA" w:rsidRPr="002125BD" w:rsidRDefault="00D471BA" w:rsidP="00382C90">
      <w:pPr>
        <w:spacing w:after="40" w:line="252" w:lineRule="auto"/>
        <w:jc w:val="center"/>
        <w:rPr>
          <w:rFonts w:ascii="標楷體" w:eastAsia="標楷體" w:hAnsi="標楷體" w:cs="標楷體"/>
          <w:sz w:val="20"/>
          <w:szCs w:val="20"/>
          <w:lang w:eastAsia="zh-TW"/>
        </w:rPr>
      </w:pPr>
      <w:r w:rsidRPr="002125BD">
        <w:rPr>
          <w:rFonts w:ascii="標楷體" w:eastAsia="標楷體" w:hAnsi="標楷體" w:cs="標楷體"/>
          <w:sz w:val="20"/>
          <w:szCs w:val="20"/>
          <w:lang w:eastAsia="zh-TW"/>
        </w:rPr>
        <w:t>日期：中華民國 ______ 年 ______ 月 ______ 日</w:t>
      </w:r>
    </w:p>
    <w:p w14:paraId="6F0D88BF" w14:textId="24F40928" w:rsidR="008F2D62" w:rsidRPr="002125BD" w:rsidRDefault="00D471BA" w:rsidP="004C0315">
      <w:pPr>
        <w:spacing w:after="40" w:line="252" w:lineRule="auto"/>
        <w:rPr>
          <w:rFonts w:ascii="標楷體" w:eastAsia="標楷體" w:hAnsi="標楷體" w:cs="標楷體"/>
          <w:sz w:val="20"/>
          <w:szCs w:val="20"/>
          <w:lang w:eastAsia="zh-TW"/>
        </w:rPr>
      </w:pPr>
      <w:r w:rsidRPr="002125BD">
        <w:rPr>
          <w:rFonts w:ascii="標楷體" w:eastAsia="標楷體" w:hAnsi="標楷體" w:cs="標楷體"/>
          <w:b/>
          <w:sz w:val="20"/>
          <w:szCs w:val="20"/>
          <w:lang w:eastAsia="zh-TW"/>
        </w:rPr>
        <w:t>備註：</w:t>
      </w:r>
      <w:r w:rsidRPr="002125BD">
        <w:rPr>
          <w:rFonts w:ascii="標楷體" w:eastAsia="標楷體" w:hAnsi="標楷體" w:cs="標楷體"/>
          <w:sz w:val="20"/>
          <w:szCs w:val="20"/>
          <w:lang w:eastAsia="zh-TW"/>
        </w:rPr>
        <w:t>本聲明書為競賽報名文件之一。若參賽作品之權利關係較為複雜，主辦單位得視需要請參賽者補充相關授權或證明文件。</w:t>
      </w:r>
    </w:p>
    <w:sectPr w:rsidR="008F2D62" w:rsidRPr="002125BD" w:rsidSect="00034616">
      <w:footerReference w:type="default" r:id="rId17"/>
      <w:pgSz w:w="12240" w:h="15840"/>
      <w:pgMar w:top="1020" w:right="1134" w:bottom="680" w:left="1134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1D4953" w14:textId="77777777" w:rsidR="00C2442A" w:rsidRDefault="00C2442A" w:rsidP="008F099E">
      <w:pPr>
        <w:spacing w:after="0" w:line="240" w:lineRule="auto"/>
      </w:pPr>
      <w:r>
        <w:separator/>
      </w:r>
    </w:p>
  </w:endnote>
  <w:endnote w:type="continuationSeparator" w:id="0">
    <w:p w14:paraId="7D941B7D" w14:textId="77777777" w:rsidR="00C2442A" w:rsidRDefault="00C2442A" w:rsidP="008F09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oto Sans CJK TC">
    <w:altName w:val="Cambria"/>
    <w:panose1 w:val="020B0604020202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F1002BFF" w:usb1="29DFFFFF" w:usb2="00000037" w:usb3="00000000" w:csb0="001000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46160056"/>
      <w:docPartObj>
        <w:docPartGallery w:val="Page Numbers (Bottom of Page)"/>
        <w:docPartUnique/>
      </w:docPartObj>
    </w:sdtPr>
    <w:sdtContent>
      <w:p w14:paraId="0977F2C9" w14:textId="77777777" w:rsidR="002C5DC3" w:rsidRDefault="002C5DC3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 w:eastAsia="zh-TW"/>
          </w:rPr>
          <w:t>2</w:t>
        </w:r>
        <w:r>
          <w:fldChar w:fldCharType="end"/>
        </w:r>
      </w:p>
    </w:sdtContent>
  </w:sdt>
  <w:p w14:paraId="59A9D0A6" w14:textId="77777777" w:rsidR="00327BD0" w:rsidRDefault="00327BD0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F1B859" w14:textId="77777777" w:rsidR="00C2442A" w:rsidRDefault="00C2442A" w:rsidP="008F099E">
      <w:pPr>
        <w:spacing w:after="0" w:line="240" w:lineRule="auto"/>
      </w:pPr>
      <w:r>
        <w:separator/>
      </w:r>
    </w:p>
  </w:footnote>
  <w:footnote w:type="continuationSeparator" w:id="0">
    <w:p w14:paraId="469D4E8D" w14:textId="77777777" w:rsidR="00C2442A" w:rsidRDefault="00C2442A" w:rsidP="008F09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7D4050C7"/>
    <w:multiLevelType w:val="hybridMultilevel"/>
    <w:tmpl w:val="45EA6EB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1387677314">
    <w:abstractNumId w:val="8"/>
  </w:num>
  <w:num w:numId="2" w16cid:durableId="1501193580">
    <w:abstractNumId w:val="6"/>
  </w:num>
  <w:num w:numId="3" w16cid:durableId="1339623390">
    <w:abstractNumId w:val="5"/>
  </w:num>
  <w:num w:numId="4" w16cid:durableId="869337896">
    <w:abstractNumId w:val="4"/>
  </w:num>
  <w:num w:numId="5" w16cid:durableId="1406806562">
    <w:abstractNumId w:val="7"/>
  </w:num>
  <w:num w:numId="6" w16cid:durableId="934943961">
    <w:abstractNumId w:val="3"/>
  </w:num>
  <w:num w:numId="7" w16cid:durableId="798953595">
    <w:abstractNumId w:val="2"/>
  </w:num>
  <w:num w:numId="8" w16cid:durableId="1602029712">
    <w:abstractNumId w:val="1"/>
  </w:num>
  <w:num w:numId="9" w16cid:durableId="1287738052">
    <w:abstractNumId w:val="0"/>
  </w:num>
  <w:num w:numId="10" w16cid:durableId="1761179121">
    <w:abstractNumId w:val="9"/>
  </w:num>
  <w:num w:numId="11" w16cid:durableId="266549116">
    <w:abstractNumId w:val="8"/>
  </w:num>
  <w:num w:numId="12" w16cid:durableId="106699308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7759"/>
    <w:rsid w:val="00017A23"/>
    <w:rsid w:val="00034616"/>
    <w:rsid w:val="0006063C"/>
    <w:rsid w:val="00081E40"/>
    <w:rsid w:val="0009776B"/>
    <w:rsid w:val="000D5760"/>
    <w:rsid w:val="001179BD"/>
    <w:rsid w:val="0015074B"/>
    <w:rsid w:val="001A24C5"/>
    <w:rsid w:val="001C3497"/>
    <w:rsid w:val="002125BD"/>
    <w:rsid w:val="00220479"/>
    <w:rsid w:val="0029639D"/>
    <w:rsid w:val="002B0BD1"/>
    <w:rsid w:val="002C5DC3"/>
    <w:rsid w:val="002D1A48"/>
    <w:rsid w:val="002E26D3"/>
    <w:rsid w:val="00303057"/>
    <w:rsid w:val="00326F90"/>
    <w:rsid w:val="00327BD0"/>
    <w:rsid w:val="00350340"/>
    <w:rsid w:val="00364961"/>
    <w:rsid w:val="00382C90"/>
    <w:rsid w:val="003A0C4E"/>
    <w:rsid w:val="003B13AF"/>
    <w:rsid w:val="003E3843"/>
    <w:rsid w:val="00405AA3"/>
    <w:rsid w:val="004C0315"/>
    <w:rsid w:val="004C1839"/>
    <w:rsid w:val="004F3BF7"/>
    <w:rsid w:val="00507905"/>
    <w:rsid w:val="00571D1A"/>
    <w:rsid w:val="00586B8F"/>
    <w:rsid w:val="005D64AE"/>
    <w:rsid w:val="005F7555"/>
    <w:rsid w:val="00642E33"/>
    <w:rsid w:val="006778A1"/>
    <w:rsid w:val="00681376"/>
    <w:rsid w:val="006B3580"/>
    <w:rsid w:val="00744555"/>
    <w:rsid w:val="00751496"/>
    <w:rsid w:val="007754BD"/>
    <w:rsid w:val="007774B8"/>
    <w:rsid w:val="007A17EC"/>
    <w:rsid w:val="007D2A47"/>
    <w:rsid w:val="00821B82"/>
    <w:rsid w:val="00893982"/>
    <w:rsid w:val="008F099E"/>
    <w:rsid w:val="008F2D62"/>
    <w:rsid w:val="008F40C5"/>
    <w:rsid w:val="00936A52"/>
    <w:rsid w:val="009570F0"/>
    <w:rsid w:val="00987078"/>
    <w:rsid w:val="009A5F79"/>
    <w:rsid w:val="009D0A83"/>
    <w:rsid w:val="009E4E7A"/>
    <w:rsid w:val="00A6140C"/>
    <w:rsid w:val="00AA1D8D"/>
    <w:rsid w:val="00AD6A81"/>
    <w:rsid w:val="00AF050A"/>
    <w:rsid w:val="00B0044B"/>
    <w:rsid w:val="00B17C8F"/>
    <w:rsid w:val="00B31061"/>
    <w:rsid w:val="00B47730"/>
    <w:rsid w:val="00B50C72"/>
    <w:rsid w:val="00BC52BA"/>
    <w:rsid w:val="00BE1953"/>
    <w:rsid w:val="00BF49E0"/>
    <w:rsid w:val="00BF551E"/>
    <w:rsid w:val="00C2442A"/>
    <w:rsid w:val="00CB0664"/>
    <w:rsid w:val="00D06876"/>
    <w:rsid w:val="00D16F2D"/>
    <w:rsid w:val="00D43FAC"/>
    <w:rsid w:val="00D44172"/>
    <w:rsid w:val="00D471BA"/>
    <w:rsid w:val="00E04C54"/>
    <w:rsid w:val="00E05CAA"/>
    <w:rsid w:val="00E26305"/>
    <w:rsid w:val="00E36B3A"/>
    <w:rsid w:val="00E41301"/>
    <w:rsid w:val="00E46D8D"/>
    <w:rsid w:val="00EA3B5F"/>
    <w:rsid w:val="00EB29F4"/>
    <w:rsid w:val="00EC6743"/>
    <w:rsid w:val="00F01732"/>
    <w:rsid w:val="00F65A86"/>
    <w:rsid w:val="00FA18C8"/>
    <w:rsid w:val="00FA28BA"/>
    <w:rsid w:val="00FC693F"/>
    <w:rsid w:val="00FE1CF4"/>
    <w:rsid w:val="00FE2235"/>
    <w:rsid w:val="00FE3619"/>
    <w:rsid w:val="00FF5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D568A32"/>
  <w14:defaultImageDpi w14:val="300"/>
  <w15:docId w15:val="{D7998F95-C768-4341-B07C-BA6D40A68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350340"/>
    <w:pPr>
      <w:spacing w:after="100" w:line="324" w:lineRule="auto"/>
      <w:jc w:val="both"/>
    </w:pPr>
    <w:rPr>
      <w:rFonts w:ascii="Noto Sans CJK TC" w:eastAsia="Noto Sans CJK TC" w:hAnsi="Noto Sans CJK TC"/>
      <w:color w:val="1F1F1F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/>
      <w:b/>
      <w:bCs/>
      <w:color w:val="1F4E79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/>
      <w:spacing w:val="5"/>
      <w:kern w:val="28"/>
      <w:sz w:val="40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spacing w:after="80" w:line="307" w:lineRule="auto"/>
      <w:ind w:left="369" w:hanging="198"/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a">
    <w:name w:val="Hyperlink"/>
    <w:basedOn w:val="a2"/>
    <w:uiPriority w:val="99"/>
    <w:unhideWhenUsed/>
    <w:rsid w:val="007A17EC"/>
    <w:rPr>
      <w:color w:val="0000FF" w:themeColor="hyperlink"/>
      <w:u w:val="single"/>
    </w:rPr>
  </w:style>
  <w:style w:type="character" w:styleId="affb">
    <w:name w:val="Unresolved Mention"/>
    <w:basedOn w:val="a2"/>
    <w:uiPriority w:val="99"/>
    <w:semiHidden/>
    <w:unhideWhenUsed/>
    <w:rsid w:val="007A17EC"/>
    <w:rPr>
      <w:color w:val="605E5C"/>
      <w:shd w:val="clear" w:color="auto" w:fill="E1DFDD"/>
    </w:rPr>
  </w:style>
  <w:style w:type="character" w:styleId="affc">
    <w:name w:val="FollowedHyperlink"/>
    <w:basedOn w:val="a2"/>
    <w:uiPriority w:val="99"/>
    <w:semiHidden/>
    <w:unhideWhenUsed/>
    <w:rsid w:val="002125B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3Zg67jEwt11hPHvV9" TargetMode="External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ine.me/ti/g/BcM7wbcvLC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core.newebpay.com/EPG/est/xxDvQ2" TargetMode="External"/><Relationship Id="rId14" Type="http://schemas.openxmlformats.org/officeDocument/2006/relationships/hyperlink" Target="https://line.me/ti/g/2HyzXyfSY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BEDA446-8EC4-4D5B-BE11-3916E34A39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773</Words>
  <Characters>4409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5172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Tsai Elma</cp:lastModifiedBy>
  <cp:revision>3</cp:revision>
  <dcterms:created xsi:type="dcterms:W3CDTF">2026-10-12T03:42:00Z</dcterms:created>
  <dcterms:modified xsi:type="dcterms:W3CDTF">2026-10-12T04:55:00Z</dcterms:modified>
  <cp:category/>
</cp:coreProperties>
</file>